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19"/>
        <w:gridCol w:w="3619"/>
        <w:gridCol w:w="3619"/>
      </w:tblGrid>
      <w:tr w:rsidR="00AD0EAA" w14:paraId="6DF5237C" w14:textId="77777777">
        <w:trPr>
          <w:jc w:val="center"/>
        </w:trPr>
        <w:tc>
          <w:tcPr>
            <w:tcW w:w="361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F7A9FF" w14:textId="77777777" w:rsidR="00AD0EAA" w:rsidRDefault="00757D21">
            <w:r>
              <w:rPr>
                <w:noProof/>
              </w:rPr>
              <w:drawing>
                <wp:inline distT="0" distB="0" distL="0" distR="0" wp14:anchorId="0D82BB09" wp14:editId="6B4DFC0B">
                  <wp:extent cx="1078992" cy="8997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899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59DE87" w14:textId="77777777" w:rsidR="00FA6F30" w:rsidRDefault="00757D21" w:rsidP="00FA6F30">
            <w:pPr>
              <w:jc w:val="center"/>
              <w:rPr>
                <w:b/>
                <w:color w:val="D9899B"/>
                <w:sz w:val="36"/>
              </w:rPr>
            </w:pPr>
            <w:r>
              <w:rPr>
                <w:b/>
                <w:color w:val="234A36"/>
                <w:sz w:val="30"/>
              </w:rPr>
              <w:t>TEXAS DISTRICT PILOT INTERNATIONAL</w:t>
            </w:r>
          </w:p>
          <w:p w14:paraId="73419FF5" w14:textId="43885CB8" w:rsidR="00AD0EAA" w:rsidRPr="00FA6F30" w:rsidRDefault="00757D21" w:rsidP="00FA6F30">
            <w:pPr>
              <w:jc w:val="center"/>
              <w:rPr>
                <w:b/>
                <w:color w:val="D9899B"/>
                <w:sz w:val="36"/>
              </w:rPr>
            </w:pPr>
            <w:r>
              <w:rPr>
                <w:b/>
                <w:color w:val="D9899B"/>
                <w:sz w:val="36"/>
              </w:rPr>
              <w:t>2026 SOUTH FALL</w:t>
            </w:r>
            <w:r w:rsidR="00FA6F30">
              <w:rPr>
                <w:b/>
                <w:color w:val="D9899B"/>
                <w:sz w:val="36"/>
              </w:rPr>
              <w:t xml:space="preserve"> </w:t>
            </w:r>
            <w:r w:rsidR="00FA6F30" w:rsidRPr="00FA6F30">
              <w:rPr>
                <w:b/>
                <w:color w:val="D9899B"/>
                <w:sz w:val="36"/>
              </w:rPr>
              <w:t>COUNCIL</w:t>
            </w:r>
            <w:r>
              <w:rPr>
                <w:b/>
                <w:color w:val="234A36"/>
                <w:sz w:val="26"/>
              </w:rPr>
              <w:br/>
              <w:t>Registration Form</w:t>
            </w:r>
          </w:p>
        </w:tc>
        <w:tc>
          <w:tcPr>
            <w:tcW w:w="361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A271D1" w14:textId="77777777" w:rsidR="00AD0EAA" w:rsidRDefault="00757D21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CB1F8B" wp14:editId="7085E08C">
                  <wp:extent cx="1024128" cy="101388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1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705F2D9A" w14:textId="77777777" w:rsidR="00AD0EAA" w:rsidRPr="00FA6F30" w:rsidRDefault="00757D21">
      <w:pPr>
        <w:spacing w:after="60"/>
        <w:jc w:val="center"/>
        <w:rPr>
          <w:sz w:val="28"/>
          <w:szCs w:val="28"/>
        </w:rPr>
      </w:pPr>
      <w:r w:rsidRPr="00FA6F30">
        <w:rPr>
          <w:b/>
          <w:color w:val="234A36"/>
          <w:sz w:val="28"/>
          <w:szCs w:val="28"/>
        </w:rPr>
        <w:t>Hosted by the Pilot Clubs of El Campo &amp; Wharton</w:t>
      </w:r>
      <w:r>
        <w:br/>
      </w:r>
      <w:r w:rsidRPr="00BB4E41">
        <w:rPr>
          <w:sz w:val="24"/>
          <w:szCs w:val="24"/>
        </w:rPr>
        <w:t xml:space="preserve">Friday–Saturday, September 25–26, </w:t>
      </w:r>
      <w:proofErr w:type="gramStart"/>
      <w:r w:rsidRPr="00BB4E41">
        <w:rPr>
          <w:sz w:val="24"/>
          <w:szCs w:val="24"/>
        </w:rPr>
        <w:t>2026  |</w:t>
      </w:r>
      <w:proofErr w:type="gramEnd"/>
      <w:r w:rsidRPr="00BB4E41">
        <w:rPr>
          <w:sz w:val="24"/>
          <w:szCs w:val="24"/>
        </w:rPr>
        <w:t xml:space="preserve">  Saturday: 9:00 a.m.–3:00 p.m.  </w:t>
      </w:r>
      <w:proofErr w:type="gramStart"/>
      <w:r w:rsidRPr="00BB4E41">
        <w:rPr>
          <w:sz w:val="24"/>
          <w:szCs w:val="24"/>
        </w:rPr>
        <w:t>|  Doors</w:t>
      </w:r>
      <w:proofErr w:type="gramEnd"/>
      <w:r w:rsidRPr="00BB4E41">
        <w:rPr>
          <w:sz w:val="24"/>
          <w:szCs w:val="24"/>
        </w:rPr>
        <w:t xml:space="preserve"> open 8:30 a.m.</w:t>
      </w:r>
      <w:r w:rsidRPr="00BB4E41">
        <w:rPr>
          <w:i/>
          <w:sz w:val="24"/>
          <w:szCs w:val="24"/>
        </w:rPr>
        <w:br/>
      </w:r>
      <w:r w:rsidRPr="00FA6F30">
        <w:rPr>
          <w:i/>
          <w:sz w:val="28"/>
          <w:szCs w:val="28"/>
        </w:rPr>
        <w:t xml:space="preserve">Hawaiian Theme • </w:t>
      </w:r>
      <w:r w:rsidRPr="00FA6F30">
        <w:rPr>
          <w:i/>
          <w:sz w:val="28"/>
          <w:szCs w:val="28"/>
        </w:rPr>
        <w:t>Continental Breakfast • Chicken Spaghetti Lunch</w:t>
      </w:r>
    </w:p>
    <w:tbl>
      <w:tblPr>
        <w:tblStyle w:val="TableGrid"/>
        <w:tblW w:w="10856" w:type="dxa"/>
        <w:jc w:val="center"/>
        <w:tblLayout w:type="fixed"/>
        <w:tblLook w:val="04A0" w:firstRow="1" w:lastRow="0" w:firstColumn="1" w:lastColumn="0" w:noHBand="0" w:noVBand="1"/>
      </w:tblPr>
      <w:tblGrid>
        <w:gridCol w:w="2425"/>
        <w:gridCol w:w="3330"/>
        <w:gridCol w:w="1800"/>
        <w:gridCol w:w="3301"/>
      </w:tblGrid>
      <w:tr w:rsidR="00AD0EAA" w14:paraId="5A41A689" w14:textId="77777777" w:rsidTr="00BB4E41">
        <w:trPr>
          <w:jc w:val="center"/>
        </w:trPr>
        <w:tc>
          <w:tcPr>
            <w:tcW w:w="2425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559F8" w14:textId="77777777" w:rsidR="00AD0EAA" w:rsidRPr="00FA6F30" w:rsidRDefault="00757D21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REGISTRATION</w:t>
            </w:r>
          </w:p>
        </w:tc>
        <w:tc>
          <w:tcPr>
            <w:tcW w:w="33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93DA8" w14:textId="77777777" w:rsidR="00AD0EAA" w:rsidRPr="00BB4E41" w:rsidRDefault="00757D21">
            <w:pPr>
              <w:rPr>
                <w:sz w:val="22"/>
              </w:rPr>
            </w:pPr>
            <w:r w:rsidRPr="00BB4E41">
              <w:rPr>
                <w:color w:val="234A36"/>
                <w:sz w:val="22"/>
              </w:rPr>
              <w:t>Pilot/Compass $45 • Anchor $25</w:t>
            </w:r>
          </w:p>
        </w:tc>
        <w:tc>
          <w:tcPr>
            <w:tcW w:w="1800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F4991" w14:textId="77777777" w:rsidR="00AD0EAA" w:rsidRPr="00FA6F30" w:rsidRDefault="00757D21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LATE RATE</w:t>
            </w:r>
          </w:p>
        </w:tc>
        <w:tc>
          <w:tcPr>
            <w:tcW w:w="33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64353" w14:textId="77777777" w:rsidR="00AD0EAA" w:rsidRPr="00BB4E41" w:rsidRDefault="00757D21">
            <w:pPr>
              <w:rPr>
                <w:sz w:val="22"/>
              </w:rPr>
            </w:pPr>
            <w:r w:rsidRPr="00BB4E41">
              <w:rPr>
                <w:color w:val="234A36"/>
                <w:sz w:val="22"/>
              </w:rPr>
              <w:t>Pilot/Compass $50 • Anchor $30</w:t>
            </w:r>
          </w:p>
        </w:tc>
      </w:tr>
      <w:tr w:rsidR="00AD0EAA" w14:paraId="768BDF4D" w14:textId="77777777" w:rsidTr="00BB4E41">
        <w:trPr>
          <w:jc w:val="center"/>
        </w:trPr>
        <w:tc>
          <w:tcPr>
            <w:tcW w:w="2425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EB861" w14:textId="77777777" w:rsidR="00AD0EAA" w:rsidRPr="00FA6F30" w:rsidRDefault="00757D21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DEADLINE</w:t>
            </w:r>
          </w:p>
        </w:tc>
        <w:tc>
          <w:tcPr>
            <w:tcW w:w="33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41637" w14:textId="77777777" w:rsidR="00AD0EAA" w:rsidRPr="00BB4E41" w:rsidRDefault="00757D21">
            <w:pPr>
              <w:rPr>
                <w:sz w:val="24"/>
                <w:szCs w:val="24"/>
              </w:rPr>
            </w:pPr>
            <w:r w:rsidRPr="00BB4E41">
              <w:rPr>
                <w:color w:val="234A36"/>
                <w:sz w:val="24"/>
                <w:szCs w:val="24"/>
              </w:rPr>
              <w:t>September 12, 2026</w:t>
            </w:r>
          </w:p>
        </w:tc>
        <w:tc>
          <w:tcPr>
            <w:tcW w:w="1800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4FF90" w14:textId="77777777" w:rsidR="00AD0EAA" w:rsidRPr="00FA6F30" w:rsidRDefault="00757D21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33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D3160" w14:textId="77777777" w:rsidR="00AD0EAA" w:rsidRPr="00BB4E41" w:rsidRDefault="00757D21">
            <w:pPr>
              <w:rPr>
                <w:sz w:val="22"/>
              </w:rPr>
            </w:pPr>
            <w:r w:rsidRPr="00BB4E41">
              <w:rPr>
                <w:color w:val="234A36"/>
                <w:sz w:val="22"/>
              </w:rPr>
              <w:t>Hampton Inn • $115 including taxes/night</w:t>
            </w:r>
          </w:p>
        </w:tc>
      </w:tr>
    </w:tbl>
    <w:p w14:paraId="6F028C59" w14:textId="77777777" w:rsidR="00AD0EAA" w:rsidRPr="00FA6F30" w:rsidRDefault="00757D21">
      <w:pPr>
        <w:spacing w:before="80" w:after="40"/>
        <w:rPr>
          <w:sz w:val="32"/>
          <w:szCs w:val="32"/>
        </w:rPr>
      </w:pPr>
      <w:r w:rsidRPr="00FA6F30">
        <w:rPr>
          <w:b/>
          <w:color w:val="D9899B"/>
          <w:sz w:val="32"/>
          <w:szCs w:val="32"/>
        </w:rPr>
        <w:t>INDIVIDUAL REGISTRATION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2714"/>
        <w:gridCol w:w="2714"/>
        <w:gridCol w:w="2714"/>
      </w:tblGrid>
      <w:tr w:rsidR="00AD0EAA" w14:paraId="4AE323E5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F2A71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Name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C117B" w14:textId="77777777" w:rsidR="00AD0EAA" w:rsidRDefault="00757D21"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7931E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Club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3D444" w14:textId="77777777" w:rsidR="00AD0EAA" w:rsidRDefault="00757D21">
            <w:r>
              <w:rPr>
                <w:color w:val="000000"/>
                <w:sz w:val="17"/>
              </w:rPr>
              <w:t xml:space="preserve"> </w:t>
            </w:r>
          </w:p>
        </w:tc>
      </w:tr>
      <w:tr w:rsidR="00AD0EAA" w14:paraId="3790FC06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4F750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Phone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79DA" w14:textId="77777777" w:rsidR="00AD0EAA" w:rsidRDefault="00757D21"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661A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Email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CDF58" w14:textId="77777777" w:rsidR="00AD0EAA" w:rsidRDefault="00757D21">
            <w:r>
              <w:rPr>
                <w:color w:val="000000"/>
                <w:sz w:val="17"/>
              </w:rPr>
              <w:t xml:space="preserve"> </w:t>
            </w:r>
          </w:p>
        </w:tc>
      </w:tr>
      <w:tr w:rsidR="00AD0EAA" w14:paraId="3E444999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14FD7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Registration Type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0C6E5" w14:textId="77777777" w:rsidR="00AD0EAA" w:rsidRDefault="00757D21"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Pilot   ☐ Compass   ☐ Anchor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B063A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First Fall Council?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A9A09" w14:textId="77777777" w:rsidR="00AD0EAA" w:rsidRDefault="00757D21"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Yes   ☐ No</w:t>
            </w:r>
          </w:p>
        </w:tc>
      </w:tr>
      <w:tr w:rsidR="00AD0EAA" w14:paraId="2A85D61A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85603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Friday Dinner?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88C5B" w14:textId="77777777" w:rsidR="00AD0EAA" w:rsidRDefault="00757D21"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Yes   ☐ No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D3BAD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Dietary Restrictions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733AA" w14:textId="77777777" w:rsidR="00AD0EAA" w:rsidRDefault="00757D21">
            <w:r>
              <w:rPr>
                <w:color w:val="000000"/>
                <w:sz w:val="17"/>
              </w:rPr>
              <w:t xml:space="preserve"> </w:t>
            </w:r>
          </w:p>
        </w:tc>
      </w:tr>
      <w:tr w:rsidR="00AD0EAA" w14:paraId="6B1C6C27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37903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Accessibility / A-V Needs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65290" w14:textId="77777777" w:rsidR="00AD0EAA" w:rsidRDefault="00757D21"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A3C7F" w14:textId="77777777" w:rsidR="00AD0EAA" w:rsidRPr="00FA6F30" w:rsidRDefault="00757D21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Payment Method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FBA57" w14:textId="77777777" w:rsidR="00AD0EAA" w:rsidRDefault="00757D21"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Check   ☐ </w:t>
            </w:r>
            <w:proofErr w:type="spellStart"/>
            <w:r>
              <w:rPr>
                <w:color w:val="000000"/>
                <w:sz w:val="17"/>
              </w:rPr>
              <w:t>CashApp</w:t>
            </w:r>
            <w:proofErr w:type="spellEnd"/>
            <w:r>
              <w:rPr>
                <w:color w:val="000000"/>
                <w:sz w:val="17"/>
              </w:rPr>
              <w:t xml:space="preserve">   ☐ PayPal   ☐ </w:t>
            </w:r>
            <w:proofErr w:type="spellStart"/>
            <w:r>
              <w:rPr>
                <w:color w:val="000000"/>
                <w:sz w:val="17"/>
              </w:rPr>
              <w:t>Zeffy</w:t>
            </w:r>
            <w:proofErr w:type="spellEnd"/>
          </w:p>
        </w:tc>
      </w:tr>
    </w:tbl>
    <w:p w14:paraId="3C6DF81F" w14:textId="10632575" w:rsidR="00AD0EAA" w:rsidRPr="00FA6F30" w:rsidRDefault="00757D21">
      <w:pPr>
        <w:spacing w:before="80" w:after="40"/>
        <w:rPr>
          <w:sz w:val="32"/>
          <w:szCs w:val="32"/>
        </w:rPr>
      </w:pPr>
      <w:r w:rsidRPr="00FA6F30">
        <w:rPr>
          <w:b/>
          <w:color w:val="D9899B"/>
          <w:sz w:val="32"/>
          <w:szCs w:val="32"/>
        </w:rPr>
        <w:t xml:space="preserve">MULTIPLE REGISTRATIONS — use </w:t>
      </w:r>
      <w:r w:rsidR="00FA6F30" w:rsidRPr="00FA6F30">
        <w:rPr>
          <w:b/>
          <w:color w:val="D9899B"/>
          <w:sz w:val="32"/>
          <w:szCs w:val="32"/>
        </w:rPr>
        <w:t>attached form</w:t>
      </w:r>
    </w:p>
    <w:p w14:paraId="61D1B496" w14:textId="77777777" w:rsidR="00AD0EAA" w:rsidRDefault="00757D21">
      <w:pPr>
        <w:spacing w:before="40" w:after="80"/>
        <w:jc w:val="right"/>
      </w:pPr>
      <w:r>
        <w:rPr>
          <w:b/>
          <w:color w:val="234A36"/>
          <w:sz w:val="20"/>
        </w:rPr>
        <w:t>TOTAL ENCLOSED: $________________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AD0EAA" w14:paraId="6C5DB34C" w14:textId="77777777">
        <w:trPr>
          <w:jc w:val="center"/>
        </w:trPr>
        <w:tc>
          <w:tcPr>
            <w:tcW w:w="5429" w:type="dxa"/>
            <w:shd w:val="clear" w:color="auto" w:fill="F8EC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9D361" w14:textId="4F140F31" w:rsidR="00AD0EAA" w:rsidRPr="001D0ED2" w:rsidRDefault="00757D21">
            <w:pPr>
              <w:jc w:val="center"/>
              <w:rPr>
                <w:sz w:val="24"/>
                <w:szCs w:val="24"/>
              </w:rPr>
            </w:pPr>
            <w:r w:rsidRPr="001D0ED2">
              <w:rPr>
                <w:b/>
                <w:color w:val="234A36"/>
                <w:sz w:val="24"/>
                <w:szCs w:val="24"/>
              </w:rPr>
              <w:t xml:space="preserve">FRIDAY DINNER </w:t>
            </w:r>
          </w:p>
          <w:p w14:paraId="03B9C525" w14:textId="5FEAC344" w:rsidR="00FA6F30" w:rsidRPr="001D0ED2" w:rsidRDefault="001D0E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</w:t>
            </w:r>
            <w:r w:rsidRPr="001D0ED2">
              <w:rPr>
                <w:b/>
                <w:sz w:val="24"/>
                <w:szCs w:val="24"/>
              </w:rPr>
              <w:t xml:space="preserve">Dinner (optional, self-pay): </w:t>
            </w:r>
          </w:p>
          <w:p w14:paraId="011767FE" w14:textId="4A8759BC" w:rsidR="001D0ED2" w:rsidRDefault="001D0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</w:t>
            </w:r>
            <w:r w:rsidRPr="001D0ED2">
              <w:rPr>
                <w:sz w:val="24"/>
                <w:szCs w:val="24"/>
              </w:rPr>
              <w:t>9ers Grill</w:t>
            </w:r>
          </w:p>
          <w:p w14:paraId="74E06797" w14:textId="2ECFA563" w:rsidR="001D0ED2" w:rsidRDefault="001D0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Pr="001D0ED2">
              <w:rPr>
                <w:sz w:val="24"/>
                <w:szCs w:val="24"/>
              </w:rPr>
              <w:t>112 W. Boling Hwy</w:t>
            </w:r>
          </w:p>
          <w:p w14:paraId="24FF17DE" w14:textId="79BA99CD" w:rsidR="00AD0EAA" w:rsidRDefault="001D0ED2">
            <w:r>
              <w:rPr>
                <w:sz w:val="24"/>
                <w:szCs w:val="24"/>
              </w:rPr>
              <w:t xml:space="preserve">                            </w:t>
            </w:r>
            <w:r w:rsidRPr="001D0ED2">
              <w:rPr>
                <w:sz w:val="24"/>
                <w:szCs w:val="24"/>
              </w:rPr>
              <w:t>Wharton, TX 77488</w:t>
            </w:r>
            <w:r w:rsidRPr="001D0ED2">
              <w:rPr>
                <w:sz w:val="24"/>
                <w:szCs w:val="24"/>
              </w:rPr>
              <w:br/>
            </w:r>
          </w:p>
        </w:tc>
        <w:tc>
          <w:tcPr>
            <w:tcW w:w="5429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1BC64" w14:textId="656E6CC5" w:rsidR="001D0ED2" w:rsidRDefault="001D0ED2" w:rsidP="001D0E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Saturday Event</w:t>
            </w:r>
          </w:p>
          <w:p w14:paraId="0667B8A4" w14:textId="6CD8BBD5" w:rsidR="001D0ED2" w:rsidRPr="001D0ED2" w:rsidRDefault="001D0ED2" w:rsidP="001D0ED2">
            <w:pPr>
              <w:jc w:val="center"/>
              <w:rPr>
                <w:bCs/>
                <w:sz w:val="24"/>
                <w:szCs w:val="24"/>
              </w:rPr>
            </w:pPr>
            <w:r w:rsidRPr="001D0ED2">
              <w:rPr>
                <w:bCs/>
                <w:sz w:val="24"/>
                <w:szCs w:val="24"/>
              </w:rPr>
              <w:t>First Baptist Church</w:t>
            </w:r>
          </w:p>
          <w:p w14:paraId="2284D865" w14:textId="24F1E4F8" w:rsidR="001D0ED2" w:rsidRPr="001D0ED2" w:rsidRDefault="001D0ED2" w:rsidP="001D0ED2">
            <w:pPr>
              <w:jc w:val="center"/>
              <w:rPr>
                <w:bCs/>
                <w:sz w:val="24"/>
                <w:szCs w:val="24"/>
              </w:rPr>
            </w:pPr>
            <w:r w:rsidRPr="001D0ED2">
              <w:rPr>
                <w:bCs/>
                <w:sz w:val="24"/>
                <w:szCs w:val="24"/>
              </w:rPr>
              <w:t>206 Depot St</w:t>
            </w:r>
          </w:p>
          <w:p w14:paraId="1958FCAB" w14:textId="294645EE" w:rsidR="001D0ED2" w:rsidRPr="001D0ED2" w:rsidRDefault="001D0ED2" w:rsidP="001D0ED2">
            <w:pPr>
              <w:jc w:val="center"/>
              <w:rPr>
                <w:bCs/>
                <w:sz w:val="24"/>
                <w:szCs w:val="24"/>
              </w:rPr>
            </w:pPr>
            <w:r w:rsidRPr="001D0ED2">
              <w:rPr>
                <w:bCs/>
                <w:sz w:val="24"/>
                <w:szCs w:val="24"/>
              </w:rPr>
              <w:t>El Campo, TX 77437</w:t>
            </w:r>
          </w:p>
          <w:p w14:paraId="580C5675" w14:textId="249D3F8D" w:rsidR="00FA6F30" w:rsidRDefault="00FA6F30">
            <w:pPr>
              <w:jc w:val="center"/>
            </w:pPr>
          </w:p>
        </w:tc>
      </w:tr>
    </w:tbl>
    <w:p w14:paraId="5A1560CE" w14:textId="77777777" w:rsidR="00AD0EAA" w:rsidRDefault="00AD0EAA"/>
    <w:tbl>
      <w:tblPr>
        <w:tblStyle w:val="TableGrid"/>
        <w:tblpPr w:leftFromText="180" w:rightFromText="180" w:vertAnchor="text" w:horzAnchor="margin" w:tblpY="-15"/>
        <w:tblW w:w="10858" w:type="dxa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1D0ED2" w14:paraId="11513EEE" w14:textId="77777777" w:rsidTr="001D0ED2">
        <w:tc>
          <w:tcPr>
            <w:tcW w:w="5429" w:type="dxa"/>
            <w:shd w:val="clear" w:color="auto" w:fill="F8EC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0CFC1" w14:textId="77777777" w:rsidR="001D0ED2" w:rsidRPr="001D0ED2" w:rsidRDefault="001D0ED2" w:rsidP="001D0ED2">
            <w:pPr>
              <w:jc w:val="center"/>
              <w:rPr>
                <w:b/>
                <w:color w:val="234A36"/>
                <w:sz w:val="24"/>
                <w:szCs w:val="24"/>
              </w:rPr>
            </w:pPr>
            <w:r w:rsidRPr="001D0ED2">
              <w:rPr>
                <w:b/>
                <w:color w:val="234A36"/>
                <w:sz w:val="24"/>
                <w:szCs w:val="24"/>
              </w:rPr>
              <w:t>Hotel</w:t>
            </w:r>
          </w:p>
          <w:p w14:paraId="1A8ECD32" w14:textId="77777777" w:rsidR="001D0ED2" w:rsidRPr="001D0ED2" w:rsidRDefault="001D0ED2" w:rsidP="001D0ED2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 w:rsidRPr="001D0ED2">
              <w:rPr>
                <w:b/>
                <w:color w:val="234A36"/>
                <w:sz w:val="24"/>
                <w:szCs w:val="24"/>
              </w:rPr>
              <w:t xml:space="preserve"> </w:t>
            </w:r>
            <w:r w:rsidRPr="001D0ED2">
              <w:rPr>
                <w:bCs/>
                <w:color w:val="234A36"/>
                <w:sz w:val="24"/>
                <w:szCs w:val="24"/>
              </w:rPr>
              <w:t>Hampton Inn</w:t>
            </w:r>
          </w:p>
          <w:p w14:paraId="7362C5D6" w14:textId="77777777" w:rsidR="001D0ED2" w:rsidRPr="001D0ED2" w:rsidRDefault="001D0ED2" w:rsidP="001D0ED2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 w:rsidRPr="001D0ED2">
              <w:rPr>
                <w:bCs/>
                <w:color w:val="234A36"/>
                <w:sz w:val="24"/>
                <w:szCs w:val="24"/>
              </w:rPr>
              <w:t>2019 FM 102, Wharton, TX 77488</w:t>
            </w:r>
          </w:p>
          <w:p w14:paraId="2AD6F937" w14:textId="18D2E65C" w:rsidR="001D0ED2" w:rsidRDefault="001D0ED2" w:rsidP="001D0ED2">
            <w:pPr>
              <w:rPr>
                <w:bCs/>
                <w:color w:val="234A36"/>
                <w:sz w:val="24"/>
                <w:szCs w:val="24"/>
              </w:rPr>
            </w:pPr>
            <w:r w:rsidRPr="001D0ED2">
              <w:rPr>
                <w:bCs/>
                <w:color w:val="234A36"/>
                <w:sz w:val="24"/>
                <w:szCs w:val="24"/>
              </w:rPr>
              <w:t xml:space="preserve">                      Rate: $115 including taxes/night</w:t>
            </w:r>
          </w:p>
          <w:p w14:paraId="2FA24B35" w14:textId="77777777" w:rsidR="001D0ED2" w:rsidRDefault="001D0ED2" w:rsidP="001D0ED2">
            <w:pPr>
              <w:rPr>
                <w:bCs/>
                <w:color w:val="234A36"/>
                <w:sz w:val="24"/>
                <w:szCs w:val="24"/>
              </w:rPr>
            </w:pPr>
          </w:p>
          <w:p w14:paraId="2F4C984E" w14:textId="77777777" w:rsidR="001D0ED2" w:rsidRDefault="001D0ED2" w:rsidP="001D0ED2"/>
        </w:tc>
        <w:tc>
          <w:tcPr>
            <w:tcW w:w="5429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BC207" w14:textId="77777777" w:rsidR="001D0ED2" w:rsidRPr="001D0ED2" w:rsidRDefault="001D0ED2" w:rsidP="001D0ED2">
            <w:pPr>
              <w:jc w:val="center"/>
              <w:rPr>
                <w:b/>
                <w:bCs/>
                <w:sz w:val="24"/>
                <w:szCs w:val="24"/>
              </w:rPr>
            </w:pPr>
            <w:r w:rsidRPr="001D0ED2">
              <w:rPr>
                <w:b/>
                <w:bCs/>
                <w:sz w:val="24"/>
                <w:szCs w:val="24"/>
              </w:rPr>
              <w:t>Service Project</w:t>
            </w:r>
          </w:p>
          <w:p w14:paraId="2ECF4A48" w14:textId="77777777" w:rsidR="001D0ED2" w:rsidRPr="001D0ED2" w:rsidRDefault="001D0ED2" w:rsidP="001D0ED2">
            <w:pPr>
              <w:jc w:val="center"/>
              <w:rPr>
                <w:sz w:val="24"/>
                <w:szCs w:val="24"/>
              </w:rPr>
            </w:pPr>
            <w:r w:rsidRPr="001D0ED2">
              <w:rPr>
                <w:sz w:val="24"/>
                <w:szCs w:val="24"/>
              </w:rPr>
              <w:t>Family Crisis Center</w:t>
            </w:r>
          </w:p>
          <w:p w14:paraId="6161676C" w14:textId="77777777" w:rsidR="001D0ED2" w:rsidRPr="001D0ED2" w:rsidRDefault="001D0ED2" w:rsidP="001D0ED2">
            <w:pPr>
              <w:jc w:val="center"/>
              <w:rPr>
                <w:sz w:val="24"/>
                <w:szCs w:val="24"/>
              </w:rPr>
            </w:pPr>
            <w:r w:rsidRPr="001D0ED2">
              <w:rPr>
                <w:sz w:val="24"/>
                <w:szCs w:val="24"/>
              </w:rPr>
              <w:t>Wharton, TX</w:t>
            </w:r>
          </w:p>
          <w:p w14:paraId="70C98E12" w14:textId="77777777" w:rsidR="001D0ED2" w:rsidRPr="001D0ED2" w:rsidRDefault="001D0ED2" w:rsidP="001D0ED2">
            <w:pPr>
              <w:jc w:val="center"/>
              <w:rPr>
                <w:sz w:val="24"/>
                <w:szCs w:val="24"/>
              </w:rPr>
            </w:pPr>
            <w:r w:rsidRPr="001D0ED2">
              <w:rPr>
                <w:sz w:val="24"/>
                <w:szCs w:val="24"/>
              </w:rPr>
              <w:t>Donations: Diapers sizes 1,3,5</w:t>
            </w:r>
          </w:p>
          <w:p w14:paraId="7F5C41B2" w14:textId="77777777" w:rsidR="001D0ED2" w:rsidRDefault="001D0ED2" w:rsidP="001D0ED2">
            <w:pPr>
              <w:jc w:val="center"/>
            </w:pPr>
            <w:r w:rsidRPr="001D0ED2">
              <w:rPr>
                <w:sz w:val="24"/>
                <w:szCs w:val="24"/>
              </w:rPr>
              <w:t>Baby wipes, Hygiene products, cleaning supplies, toothbrushes/toothpaste</w:t>
            </w:r>
          </w:p>
        </w:tc>
      </w:tr>
    </w:tbl>
    <w:p w14:paraId="19FB36C8" w14:textId="77777777" w:rsidR="00FA6F30" w:rsidRDefault="00FA6F30"/>
    <w:p w14:paraId="61B460EB" w14:textId="77777777" w:rsidR="00FA6F30" w:rsidRDefault="00FA6F30">
      <w:pPr>
        <w:sectPr w:rsidR="00FA6F30">
          <w:footerReference w:type="default" r:id="rId10"/>
          <w:pgSz w:w="12240" w:h="15840"/>
          <w:pgMar w:top="605" w:right="691" w:bottom="605" w:left="691" w:header="720" w:footer="720" w:gutter="0"/>
          <w:cols w:space="720"/>
          <w:docGrid w:linePitch="360"/>
        </w:sectPr>
      </w:pPr>
    </w:p>
    <w:p w14:paraId="5FF71061" w14:textId="77777777" w:rsidR="00AD0EAA" w:rsidRDefault="00757D21">
      <w:pPr>
        <w:jc w:val="center"/>
      </w:pPr>
      <w:r>
        <w:rPr>
          <w:b/>
          <w:color w:val="D9899B"/>
          <w:sz w:val="36"/>
        </w:rPr>
        <w:lastRenderedPageBreak/>
        <w:t>PAYMENT OPTIONS</w:t>
      </w:r>
      <w:r>
        <w:rPr>
          <w:b/>
          <w:color w:val="234A36"/>
          <w:sz w:val="22"/>
        </w:rPr>
        <w:br/>
        <w:t>2026 South Fall Council</w:t>
      </w:r>
    </w:p>
    <w:tbl>
      <w:tblPr>
        <w:tblStyle w:val="TableGrid"/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AD0EAA" w14:paraId="55F67601" w14:textId="77777777" w:rsidTr="00C24D8E">
        <w:trPr>
          <w:jc w:val="center"/>
        </w:trPr>
        <w:tc>
          <w:tcPr>
            <w:tcW w:w="5256" w:type="dxa"/>
            <w:shd w:val="clear" w:color="auto" w:fill="F8EC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C407E" w14:textId="77777777" w:rsidR="00AD0EAA" w:rsidRDefault="00757D21">
            <w:r>
              <w:rPr>
                <w:b/>
                <w:color w:val="234A36"/>
                <w:sz w:val="24"/>
              </w:rPr>
              <w:t>CHECK</w:t>
            </w:r>
            <w:r>
              <w:rPr>
                <w:b/>
                <w:color w:val="234A36"/>
                <w:sz w:val="24"/>
              </w:rPr>
              <w:br/>
            </w:r>
            <w:r>
              <w:t>Make payable to Texas District Pilot International and mail with the registration form to Becky Taylor, Texas District Treasurer, 1410 Sherwood St, Baytown, TX 77520.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358F7" w14:textId="77777777" w:rsidR="00C24D8E" w:rsidRPr="00C24D8E" w:rsidRDefault="00C24D8E" w:rsidP="00C24D8E">
            <w:pPr>
              <w:spacing w:before="160"/>
              <w:jc w:val="center"/>
              <w:rPr>
                <w:b/>
                <w:color w:val="234A36"/>
                <w:sz w:val="20"/>
                <w:szCs w:val="20"/>
              </w:rPr>
            </w:pPr>
            <w:r w:rsidRPr="00C24D8E">
              <w:rPr>
                <w:b/>
                <w:color w:val="234A36"/>
                <w:sz w:val="20"/>
                <w:szCs w:val="20"/>
              </w:rPr>
              <w:t>REGISTRATION &amp; CHECK TO</w:t>
            </w:r>
          </w:p>
          <w:p w14:paraId="2D28E0F6" w14:textId="77777777" w:rsidR="00C24D8E" w:rsidRPr="00C24D8E" w:rsidRDefault="00C24D8E" w:rsidP="00C24D8E">
            <w:pPr>
              <w:spacing w:before="160"/>
              <w:jc w:val="center"/>
              <w:rPr>
                <w:b/>
                <w:color w:val="234A36"/>
                <w:sz w:val="20"/>
                <w:szCs w:val="20"/>
              </w:rPr>
            </w:pPr>
            <w:r w:rsidRPr="00C24D8E">
              <w:rPr>
                <w:b/>
                <w:color w:val="234A36"/>
                <w:sz w:val="20"/>
                <w:szCs w:val="20"/>
              </w:rPr>
              <w:t>Texas District Pilot International</w:t>
            </w:r>
            <w:r w:rsidRPr="00C24D8E">
              <w:rPr>
                <w:b/>
                <w:color w:val="234A36"/>
                <w:sz w:val="20"/>
                <w:szCs w:val="20"/>
              </w:rPr>
              <w:br/>
              <w:t>Becky Taylor, Texas District Treasurer</w:t>
            </w:r>
            <w:r w:rsidRPr="00C24D8E">
              <w:rPr>
                <w:b/>
                <w:color w:val="234A36"/>
                <w:sz w:val="20"/>
                <w:szCs w:val="20"/>
              </w:rPr>
              <w:br/>
              <w:t>1410 Sherwood St</w:t>
            </w:r>
            <w:r w:rsidRPr="00C24D8E">
              <w:rPr>
                <w:b/>
                <w:color w:val="234A36"/>
                <w:sz w:val="20"/>
                <w:szCs w:val="20"/>
              </w:rPr>
              <w:br/>
              <w:t>Baytown, TX 77520</w:t>
            </w:r>
          </w:p>
          <w:p w14:paraId="3682E0CA" w14:textId="2DD20479" w:rsidR="00AD0EAA" w:rsidRDefault="00AD0EAA">
            <w:pPr>
              <w:jc w:val="center"/>
            </w:pPr>
          </w:p>
        </w:tc>
      </w:tr>
      <w:tr w:rsidR="00AD0EAA" w14:paraId="09B2B6ED" w14:textId="77777777" w:rsidTr="00C24D8E">
        <w:trPr>
          <w:jc w:val="center"/>
        </w:trPr>
        <w:tc>
          <w:tcPr>
            <w:tcW w:w="5256" w:type="dxa"/>
            <w:shd w:val="clear" w:color="auto" w:fill="EEF3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9EF49" w14:textId="77777777" w:rsidR="00AD0EAA" w:rsidRDefault="00757D21">
            <w:r>
              <w:rPr>
                <w:b/>
                <w:color w:val="234A36"/>
                <w:sz w:val="24"/>
              </w:rPr>
              <w:t>CASHAPP</w:t>
            </w:r>
            <w:r>
              <w:rPr>
                <w:b/>
                <w:color w:val="234A36"/>
                <w:sz w:val="24"/>
              </w:rPr>
              <w:br/>
            </w:r>
            <w:r>
              <w:t xml:space="preserve">Scan the </w:t>
            </w:r>
            <w:proofErr w:type="spellStart"/>
            <w:r>
              <w:t>CashApp</w:t>
            </w:r>
            <w:proofErr w:type="spellEnd"/>
            <w:r>
              <w:t xml:space="preserve"> QR code to submit payment. Include the registrant or club name in the payment note.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DA513" w14:textId="77777777" w:rsidR="00AD0EAA" w:rsidRDefault="00757D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045EE2" wp14:editId="51B8E00A">
                  <wp:extent cx="1234440" cy="117131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17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EAA" w14:paraId="40811238" w14:textId="77777777" w:rsidTr="00C24D8E">
        <w:trPr>
          <w:jc w:val="center"/>
        </w:trPr>
        <w:tc>
          <w:tcPr>
            <w:tcW w:w="5256" w:type="dxa"/>
            <w:shd w:val="clear" w:color="auto" w:fill="F8EC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06097" w14:textId="77777777" w:rsidR="00AD0EAA" w:rsidRDefault="00757D21">
            <w:r>
              <w:rPr>
                <w:b/>
                <w:color w:val="234A36"/>
                <w:sz w:val="24"/>
              </w:rPr>
              <w:t>PAYPAL</w:t>
            </w:r>
            <w:r>
              <w:rPr>
                <w:b/>
                <w:color w:val="234A36"/>
                <w:sz w:val="24"/>
              </w:rPr>
              <w:br/>
            </w:r>
            <w:r>
              <w:t xml:space="preserve">Send to </w:t>
            </w:r>
            <w:r>
              <w:t>texasdistrictpilots@gmail.com. Choose Family and Friends or add the 3% convenience fee ($1.35 per $45 registrant).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6470F" w14:textId="77777777" w:rsidR="00AD0EAA" w:rsidRDefault="00757D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77B49A" wp14:editId="57585109">
                  <wp:extent cx="1234440" cy="12344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EAA" w14:paraId="51C58D57" w14:textId="77777777" w:rsidTr="00C24D8E">
        <w:trPr>
          <w:jc w:val="center"/>
        </w:trPr>
        <w:tc>
          <w:tcPr>
            <w:tcW w:w="5256" w:type="dxa"/>
            <w:shd w:val="clear" w:color="auto" w:fill="EEF3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4CD47" w14:textId="73E261B9" w:rsidR="00AD0EAA" w:rsidRDefault="00757D21">
            <w:r w:rsidRPr="00C24D8E">
              <w:rPr>
                <w:b/>
                <w:color w:val="234A36"/>
                <w:sz w:val="24"/>
                <w:highlight w:val="green"/>
              </w:rPr>
              <w:t>ZEFFY</w:t>
            </w:r>
            <w:r w:rsidR="00C24D8E" w:rsidRPr="00C24D8E">
              <w:rPr>
                <w:b/>
                <w:color w:val="234A36"/>
                <w:sz w:val="24"/>
                <w:highlight w:val="green"/>
              </w:rPr>
              <w:t>-PILOT/COMPASS ONLY</w:t>
            </w:r>
            <w:r>
              <w:rPr>
                <w:b/>
                <w:color w:val="234A36"/>
                <w:sz w:val="24"/>
              </w:rPr>
              <w:br/>
            </w:r>
            <w:r>
              <w:t xml:space="preserve">Fee-free debit/credit card option. On “Help keep </w:t>
            </w:r>
            <w:proofErr w:type="spellStart"/>
            <w:r>
              <w:t>Zeffy</w:t>
            </w:r>
            <w:proofErr w:type="spellEnd"/>
            <w:r>
              <w:t xml:space="preserve"> free for Texas District Pilot International,” use the drop</w:t>
            </w:r>
            <w:r>
              <w:t xml:space="preserve">-down menu and choose Other to avoid extra charges. If paying through </w:t>
            </w:r>
            <w:proofErr w:type="spellStart"/>
            <w:r>
              <w:t>Zeffy</w:t>
            </w:r>
            <w:proofErr w:type="spellEnd"/>
            <w:r>
              <w:t>, the online registration replaces the paper form.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3FBF3" w14:textId="61FE2142" w:rsidR="00AD0EAA" w:rsidRDefault="00C24D8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C08E2" wp14:editId="0EBC1F01">
                  <wp:extent cx="1562100" cy="1562100"/>
                  <wp:effectExtent l="0" t="0" r="0" b="0"/>
                  <wp:docPr id="14520766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4D8E" w14:paraId="40EFB2B4" w14:textId="77777777" w:rsidTr="00C24D8E">
        <w:trPr>
          <w:jc w:val="center"/>
        </w:trPr>
        <w:tc>
          <w:tcPr>
            <w:tcW w:w="5256" w:type="dxa"/>
            <w:shd w:val="clear" w:color="auto" w:fill="EEF3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8B3C4" w14:textId="6BD6F66D" w:rsidR="00C24D8E" w:rsidRPr="00C24D8E" w:rsidRDefault="00C24D8E">
            <w:pPr>
              <w:rPr>
                <w:b/>
                <w:color w:val="234A36"/>
                <w:sz w:val="24"/>
                <w:highlight w:val="green"/>
              </w:rPr>
            </w:pPr>
            <w:r w:rsidRPr="00C24D8E">
              <w:rPr>
                <w:b/>
                <w:color w:val="234A36"/>
                <w:sz w:val="24"/>
                <w:highlight w:val="green"/>
              </w:rPr>
              <w:t>ZEFFY-</w:t>
            </w:r>
            <w:r>
              <w:rPr>
                <w:b/>
                <w:color w:val="234A36"/>
                <w:sz w:val="24"/>
                <w:highlight w:val="green"/>
              </w:rPr>
              <w:t>ANCHOR</w:t>
            </w:r>
            <w:r w:rsidRPr="00C24D8E">
              <w:rPr>
                <w:b/>
                <w:color w:val="234A36"/>
                <w:sz w:val="24"/>
                <w:highlight w:val="green"/>
              </w:rPr>
              <w:t xml:space="preserve"> ONLY</w:t>
            </w:r>
            <w:r>
              <w:rPr>
                <w:b/>
                <w:color w:val="234A36"/>
                <w:sz w:val="24"/>
              </w:rPr>
              <w:br/>
            </w:r>
            <w:r>
              <w:t xml:space="preserve">Fee-free debit/credit card option. On “Help keep </w:t>
            </w:r>
            <w:proofErr w:type="spellStart"/>
            <w:r>
              <w:t>Zeffy</w:t>
            </w:r>
            <w:proofErr w:type="spellEnd"/>
            <w:r>
              <w:t xml:space="preserve"> free for Texas District Pilot International,” use the drop-down menu and choose Other to avoid extra charges. If paying through </w:t>
            </w:r>
            <w:proofErr w:type="spellStart"/>
            <w:r>
              <w:t>Zeffy</w:t>
            </w:r>
            <w:proofErr w:type="spellEnd"/>
            <w:r>
              <w:t>, the online registration replaces the paper form.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5558C" w14:textId="4C47E44A" w:rsidR="00C24D8E" w:rsidRDefault="00C24D8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7ECB8118" wp14:editId="1CA02801">
                  <wp:extent cx="1714500" cy="1714500"/>
                  <wp:effectExtent l="0" t="0" r="0" b="0"/>
                  <wp:docPr id="16538314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75753C" wp14:editId="4C1F3D23">
                      <wp:extent cx="304800" cy="304800"/>
                      <wp:effectExtent l="0" t="0" r="0" b="0"/>
                      <wp:docPr id="366123740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56836B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3AA35895" w14:textId="2F6A720F" w:rsidR="00FA6F30" w:rsidRDefault="00757D21" w:rsidP="00C24D8E">
      <w:pPr>
        <w:spacing w:before="160" w:line="240" w:lineRule="auto"/>
        <w:jc w:val="center"/>
        <w:rPr>
          <w:b/>
          <w:color w:val="234A36"/>
          <w:sz w:val="22"/>
        </w:rPr>
      </w:pPr>
      <w:r w:rsidRPr="00C24D8E">
        <w:rPr>
          <w:b/>
          <w:color w:val="234A36"/>
          <w:sz w:val="32"/>
          <w:szCs w:val="32"/>
        </w:rPr>
        <w:t>Registration Deadline: September 12, 2026</w:t>
      </w:r>
      <w:r w:rsidR="00C24D8E" w:rsidRPr="00C24D8E">
        <w:rPr>
          <w:b/>
          <w:noProof/>
          <w:color w:val="234A36"/>
          <w:sz w:val="22"/>
        </w:rPr>
        <mc:AlternateContent>
          <mc:Choice Requires="wps">
            <w:drawing>
              <wp:inline distT="0" distB="0" distL="0" distR="0" wp14:anchorId="6253C36A" wp14:editId="2D018C27">
                <wp:extent cx="304800" cy="304800"/>
                <wp:effectExtent l="0" t="0" r="0" b="0"/>
                <wp:docPr id="2019596555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31B773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AB9E2EF" w14:textId="00CCFDC6" w:rsidR="00FA6F30" w:rsidRPr="00C24D8E" w:rsidRDefault="00C24D8E" w:rsidP="00C24D8E">
      <w:pPr>
        <w:spacing w:before="160" w:line="240" w:lineRule="auto"/>
        <w:jc w:val="center"/>
        <w:rPr>
          <w:b/>
          <w:color w:val="234A36"/>
          <w:sz w:val="20"/>
          <w:szCs w:val="20"/>
        </w:rPr>
      </w:pPr>
      <w:r>
        <w:rPr>
          <w:b/>
          <w:color w:val="234A36"/>
          <w:sz w:val="20"/>
          <w:szCs w:val="20"/>
        </w:rPr>
        <w:t>Payment questions?</w:t>
      </w:r>
      <w:r w:rsidR="00FA6F30" w:rsidRPr="00C24D8E">
        <w:rPr>
          <w:b/>
          <w:color w:val="234A36"/>
          <w:sz w:val="20"/>
          <w:szCs w:val="20"/>
        </w:rPr>
        <w:t xml:space="preserve"> </w:t>
      </w:r>
      <w:hyperlink r:id="rId15" w:history="1">
        <w:r w:rsidR="00FA6F30" w:rsidRPr="00C24D8E">
          <w:rPr>
            <w:rStyle w:val="Hyperlink"/>
            <w:b/>
            <w:sz w:val="20"/>
            <w:szCs w:val="20"/>
          </w:rPr>
          <w:t>beckytaylorpilot@gmail.com</w:t>
        </w:r>
      </w:hyperlink>
    </w:p>
    <w:p w14:paraId="251E5308" w14:textId="77777777" w:rsidR="00FA6F30" w:rsidRDefault="00FA6F30" w:rsidP="00FA6F30">
      <w:pPr>
        <w:spacing w:before="160"/>
        <w:jc w:val="center"/>
        <w:rPr>
          <w:b/>
          <w:color w:val="234A36"/>
          <w:sz w:val="22"/>
        </w:rPr>
      </w:pPr>
    </w:p>
    <w:p w14:paraId="7B2E29AB" w14:textId="0BDE68B3" w:rsidR="00FA6F30" w:rsidRDefault="00757D21">
      <w:pPr>
        <w:spacing w:before="160"/>
        <w:jc w:val="center"/>
      </w:pPr>
      <w:r>
        <w:br/>
        <w:t>Q</w:t>
      </w:r>
    </w:p>
    <w:sectPr w:rsidR="00FA6F30" w:rsidSect="00034616">
      <w:pgSz w:w="12240" w:h="15840"/>
      <w:pgMar w:top="691" w:right="864" w:bottom="691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5996B" w14:textId="77777777" w:rsidR="00757D21" w:rsidRDefault="00757D21">
      <w:pPr>
        <w:spacing w:after="0" w:line="240" w:lineRule="auto"/>
      </w:pPr>
      <w:r>
        <w:separator/>
      </w:r>
    </w:p>
  </w:endnote>
  <w:endnote w:type="continuationSeparator" w:id="0">
    <w:p w14:paraId="40015BFD" w14:textId="77777777" w:rsidR="00757D21" w:rsidRDefault="00757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97E48" w14:textId="77777777" w:rsidR="00AD0EAA" w:rsidRDefault="00757D21">
    <w:pPr>
      <w:pStyle w:val="Footer"/>
      <w:jc w:val="center"/>
    </w:pPr>
    <w:r>
      <w:rPr>
        <w:color w:val="777777"/>
        <w:sz w:val="16"/>
      </w:rPr>
      <w:t>Texas District Pilot International • Friendship &amp; Service — A Perfect Blend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A8D4D" w14:textId="77777777" w:rsidR="00757D21" w:rsidRDefault="00757D21">
      <w:pPr>
        <w:spacing w:after="0" w:line="240" w:lineRule="auto"/>
      </w:pPr>
      <w:r>
        <w:separator/>
      </w:r>
    </w:p>
  </w:footnote>
  <w:footnote w:type="continuationSeparator" w:id="0">
    <w:p w14:paraId="65D8F4DF" w14:textId="77777777" w:rsidR="00757D21" w:rsidRDefault="00757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1F94"/>
    <w:rsid w:val="001D0ED2"/>
    <w:rsid w:val="0029639D"/>
    <w:rsid w:val="00326F90"/>
    <w:rsid w:val="00420EF0"/>
    <w:rsid w:val="0042197F"/>
    <w:rsid w:val="005D30CD"/>
    <w:rsid w:val="00697204"/>
    <w:rsid w:val="00757D21"/>
    <w:rsid w:val="00882B83"/>
    <w:rsid w:val="0096722E"/>
    <w:rsid w:val="00AA1D8D"/>
    <w:rsid w:val="00AD0EAA"/>
    <w:rsid w:val="00AE7EDB"/>
    <w:rsid w:val="00B47730"/>
    <w:rsid w:val="00BB4E41"/>
    <w:rsid w:val="00BC5607"/>
    <w:rsid w:val="00C24D8E"/>
    <w:rsid w:val="00CB0664"/>
    <w:rsid w:val="00CD6DE4"/>
    <w:rsid w:val="00E040B6"/>
    <w:rsid w:val="00E96E4A"/>
    <w:rsid w:val="00F43AC0"/>
    <w:rsid w:val="00FA6F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3FFA3B"/>
  <w14:defaultImageDpi w14:val="300"/>
  <w15:docId w15:val="{9D2DD987-A109-4964-ACDA-4F9BA342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ED2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A6F3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6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beckytaylorpilot@gmail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10EBF4-1D4D-4537-A9C5-EDEA8EA1A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</cp:lastModifiedBy>
  <cp:revision>2</cp:revision>
  <dcterms:created xsi:type="dcterms:W3CDTF">2026-08-01T01:46:00Z</dcterms:created>
  <dcterms:modified xsi:type="dcterms:W3CDTF">2026-08-01T01:46:00Z</dcterms:modified>
  <cp:category/>
</cp:coreProperties>
</file>