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19"/>
        <w:gridCol w:w="3619"/>
        <w:gridCol w:w="3619"/>
      </w:tblGrid>
      <w:tr w:rsidR="00AD0EAA" w14:paraId="6DF5237C" w14:textId="77777777">
        <w:trPr>
          <w:jc w:val="center"/>
        </w:trPr>
        <w:tc>
          <w:tcPr>
            <w:tcW w:w="3619" w:type="dxa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F7A9FF" w14:textId="77777777" w:rsidR="00AD0EAA" w:rsidRDefault="00000000">
            <w:r>
              <w:rPr>
                <w:noProof/>
              </w:rPr>
              <w:drawing>
                <wp:inline distT="0" distB="0" distL="0" distR="0" wp14:anchorId="0D82BB09" wp14:editId="6B4DFC0B">
                  <wp:extent cx="1078992" cy="89974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92" cy="899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9" w:type="dxa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6159DE87" w14:textId="77777777" w:rsidR="00FA6F30" w:rsidRDefault="00000000" w:rsidP="00FA6F30">
            <w:pPr>
              <w:jc w:val="center"/>
              <w:rPr>
                <w:b/>
                <w:color w:val="D9899B"/>
                <w:sz w:val="36"/>
              </w:rPr>
            </w:pPr>
            <w:r>
              <w:rPr>
                <w:b/>
                <w:color w:val="234A36"/>
                <w:sz w:val="30"/>
              </w:rPr>
              <w:t>TEXAS DISTRICT PILOT INTERNATIONAL</w:t>
            </w:r>
          </w:p>
          <w:p w14:paraId="73419FF5" w14:textId="64901BCB" w:rsidR="00AD0EAA" w:rsidRPr="00FA6F30" w:rsidRDefault="00000000" w:rsidP="00FA6F30">
            <w:pPr>
              <w:jc w:val="center"/>
              <w:rPr>
                <w:b/>
                <w:color w:val="D9899B"/>
                <w:sz w:val="36"/>
              </w:rPr>
            </w:pPr>
            <w:r>
              <w:rPr>
                <w:b/>
                <w:color w:val="D9899B"/>
                <w:sz w:val="36"/>
              </w:rPr>
              <w:t xml:space="preserve">2026 </w:t>
            </w:r>
            <w:r w:rsidR="00717645">
              <w:rPr>
                <w:b/>
                <w:color w:val="D9899B"/>
                <w:sz w:val="36"/>
              </w:rPr>
              <w:t>NORTH</w:t>
            </w:r>
            <w:r>
              <w:rPr>
                <w:b/>
                <w:color w:val="D9899B"/>
                <w:sz w:val="36"/>
              </w:rPr>
              <w:t xml:space="preserve"> FALL</w:t>
            </w:r>
            <w:r w:rsidR="00FA6F30">
              <w:rPr>
                <w:b/>
                <w:color w:val="D9899B"/>
                <w:sz w:val="36"/>
              </w:rPr>
              <w:t xml:space="preserve"> </w:t>
            </w:r>
            <w:r w:rsidR="00FA6F30" w:rsidRPr="00FA6F30">
              <w:rPr>
                <w:b/>
                <w:color w:val="D9899B"/>
                <w:sz w:val="36"/>
              </w:rPr>
              <w:t>COUNCIL</w:t>
            </w:r>
            <w:r>
              <w:rPr>
                <w:b/>
                <w:color w:val="234A36"/>
                <w:sz w:val="26"/>
              </w:rPr>
              <w:br/>
              <w:t>Registration Form</w:t>
            </w:r>
          </w:p>
        </w:tc>
        <w:tc>
          <w:tcPr>
            <w:tcW w:w="3619" w:type="dxa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37A271D1" w14:textId="77777777" w:rsidR="00AD0EAA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29CB1F8B" wp14:editId="7085E08C">
                  <wp:extent cx="1024128" cy="1013887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13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5F2D9A" w14:textId="56024E9D" w:rsidR="00AD0EAA" w:rsidRPr="00BE0E71" w:rsidRDefault="00000000" w:rsidP="00BE0E71">
      <w:pPr>
        <w:spacing w:after="60"/>
        <w:jc w:val="center"/>
        <w:rPr>
          <w:sz w:val="28"/>
          <w:szCs w:val="28"/>
        </w:rPr>
      </w:pPr>
      <w:r w:rsidRPr="00BE0E71">
        <w:rPr>
          <w:b/>
          <w:color w:val="234A36"/>
          <w:sz w:val="28"/>
          <w:szCs w:val="28"/>
        </w:rPr>
        <w:t xml:space="preserve">Hosted by the Pilot Club of </w:t>
      </w:r>
      <w:r w:rsidR="00BE0E71" w:rsidRPr="00BE0E71">
        <w:rPr>
          <w:b/>
          <w:color w:val="234A36"/>
          <w:sz w:val="28"/>
          <w:szCs w:val="28"/>
        </w:rPr>
        <w:t>Dallas</w:t>
      </w:r>
      <w:r>
        <w:br/>
      </w:r>
      <w:r w:rsidRPr="00BE0E71">
        <w:rPr>
          <w:sz w:val="24"/>
          <w:szCs w:val="24"/>
        </w:rPr>
        <w:t xml:space="preserve">Friday–Saturday, </w:t>
      </w:r>
      <w:r w:rsidR="00BE0E71">
        <w:rPr>
          <w:sz w:val="24"/>
          <w:szCs w:val="24"/>
        </w:rPr>
        <w:t>October</w:t>
      </w:r>
      <w:r w:rsidRPr="00BE0E71">
        <w:rPr>
          <w:sz w:val="24"/>
          <w:szCs w:val="24"/>
        </w:rPr>
        <w:t xml:space="preserve"> 2</w:t>
      </w:r>
      <w:r w:rsidR="00BE0E71">
        <w:rPr>
          <w:sz w:val="24"/>
          <w:szCs w:val="24"/>
        </w:rPr>
        <w:t>3</w:t>
      </w:r>
      <w:r w:rsidRPr="00BE0E71">
        <w:rPr>
          <w:sz w:val="24"/>
          <w:szCs w:val="24"/>
        </w:rPr>
        <w:t>–2</w:t>
      </w:r>
      <w:r w:rsidR="00BE0E71">
        <w:rPr>
          <w:sz w:val="24"/>
          <w:szCs w:val="24"/>
        </w:rPr>
        <w:t>4</w:t>
      </w:r>
      <w:r w:rsidRPr="00BE0E71">
        <w:rPr>
          <w:sz w:val="24"/>
          <w:szCs w:val="24"/>
        </w:rPr>
        <w:t>, 2026  |  Saturday: 9:00 a.m.–3:00 p.m.  |  Doors open 8:30 a.m.</w:t>
      </w:r>
      <w:r w:rsidRPr="00BE0E71">
        <w:rPr>
          <w:i/>
          <w:sz w:val="24"/>
          <w:szCs w:val="24"/>
        </w:rPr>
        <w:br/>
      </w:r>
      <w:r w:rsidR="00717645" w:rsidRPr="00BE0E71">
        <w:rPr>
          <w:i/>
          <w:sz w:val="28"/>
          <w:szCs w:val="28"/>
        </w:rPr>
        <w:t>Christmas theme</w:t>
      </w:r>
      <w:r w:rsidR="00BE0E71" w:rsidRPr="00BE0E71">
        <w:rPr>
          <w:i/>
          <w:sz w:val="28"/>
          <w:szCs w:val="28"/>
        </w:rPr>
        <w:t xml:space="preserve"> </w:t>
      </w:r>
      <w:proofErr w:type="gramStart"/>
      <w:r w:rsidR="00BE0E71" w:rsidRPr="00BE0E71">
        <w:rPr>
          <w:i/>
          <w:sz w:val="28"/>
          <w:szCs w:val="28"/>
        </w:rPr>
        <w:t>wear</w:t>
      </w:r>
      <w:proofErr w:type="gramEnd"/>
      <w:r w:rsidR="00BE0E71" w:rsidRPr="00BE0E71">
        <w:rPr>
          <w:i/>
          <w:sz w:val="28"/>
          <w:szCs w:val="28"/>
        </w:rPr>
        <w:t xml:space="preserve"> Red or Green</w:t>
      </w:r>
      <w:r w:rsidRPr="00BE0E71">
        <w:rPr>
          <w:i/>
          <w:sz w:val="28"/>
          <w:szCs w:val="28"/>
        </w:rPr>
        <w:t xml:space="preserve"> • Continental Breakfast • </w:t>
      </w:r>
      <w:r w:rsidR="00717645" w:rsidRPr="00BE0E71">
        <w:rPr>
          <w:i/>
          <w:sz w:val="28"/>
          <w:szCs w:val="28"/>
        </w:rPr>
        <w:t>Lunch by Rosa’s</w:t>
      </w:r>
    </w:p>
    <w:tbl>
      <w:tblPr>
        <w:tblStyle w:val="TableGrid"/>
        <w:tblW w:w="10856" w:type="dxa"/>
        <w:jc w:val="center"/>
        <w:tblLayout w:type="fixed"/>
        <w:tblLook w:val="04A0" w:firstRow="1" w:lastRow="0" w:firstColumn="1" w:lastColumn="0" w:noHBand="0" w:noVBand="1"/>
      </w:tblPr>
      <w:tblGrid>
        <w:gridCol w:w="2425"/>
        <w:gridCol w:w="3330"/>
        <w:gridCol w:w="1800"/>
        <w:gridCol w:w="3301"/>
      </w:tblGrid>
      <w:tr w:rsidR="00AD0EAA" w14:paraId="5A41A689" w14:textId="77777777" w:rsidTr="00BB4E41">
        <w:trPr>
          <w:jc w:val="center"/>
        </w:trPr>
        <w:tc>
          <w:tcPr>
            <w:tcW w:w="2425" w:type="dxa"/>
            <w:shd w:val="clear" w:color="auto" w:fill="A8B9A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559F8" w14:textId="77777777" w:rsidR="00AD0EAA" w:rsidRPr="00FA6F30" w:rsidRDefault="00000000">
            <w:pPr>
              <w:jc w:val="center"/>
              <w:rPr>
                <w:sz w:val="24"/>
                <w:szCs w:val="24"/>
              </w:rPr>
            </w:pPr>
            <w:r w:rsidRPr="00FA6F30">
              <w:rPr>
                <w:b/>
                <w:color w:val="FFFFFF"/>
                <w:sz w:val="24"/>
                <w:szCs w:val="24"/>
              </w:rPr>
              <w:t>REGISTRATION</w:t>
            </w:r>
          </w:p>
        </w:tc>
        <w:tc>
          <w:tcPr>
            <w:tcW w:w="333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93DA8" w14:textId="77777777" w:rsidR="00AD0EAA" w:rsidRPr="00BB4E41" w:rsidRDefault="00000000">
            <w:pPr>
              <w:rPr>
                <w:sz w:val="22"/>
              </w:rPr>
            </w:pPr>
            <w:r w:rsidRPr="00BB4E41">
              <w:rPr>
                <w:color w:val="234A36"/>
                <w:sz w:val="22"/>
              </w:rPr>
              <w:t>Pilot/Compass $45 • Anchor $25</w:t>
            </w:r>
          </w:p>
        </w:tc>
        <w:tc>
          <w:tcPr>
            <w:tcW w:w="1800" w:type="dxa"/>
            <w:shd w:val="clear" w:color="auto" w:fill="A8B9A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F4991" w14:textId="77777777" w:rsidR="00AD0EAA" w:rsidRPr="00FA6F30" w:rsidRDefault="00000000">
            <w:pPr>
              <w:jc w:val="center"/>
              <w:rPr>
                <w:sz w:val="24"/>
                <w:szCs w:val="24"/>
              </w:rPr>
            </w:pPr>
            <w:r w:rsidRPr="00FA6F30">
              <w:rPr>
                <w:b/>
                <w:color w:val="FFFFFF"/>
                <w:sz w:val="24"/>
                <w:szCs w:val="24"/>
              </w:rPr>
              <w:t>LATE RATE</w:t>
            </w:r>
          </w:p>
        </w:tc>
        <w:tc>
          <w:tcPr>
            <w:tcW w:w="33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64353" w14:textId="77777777" w:rsidR="00AD0EAA" w:rsidRPr="00BB4E41" w:rsidRDefault="00000000">
            <w:pPr>
              <w:rPr>
                <w:sz w:val="22"/>
              </w:rPr>
            </w:pPr>
            <w:r w:rsidRPr="00BB4E41">
              <w:rPr>
                <w:color w:val="234A36"/>
                <w:sz w:val="22"/>
              </w:rPr>
              <w:t>Pilot/Compass $50 • Anchor $30</w:t>
            </w:r>
          </w:p>
        </w:tc>
      </w:tr>
      <w:tr w:rsidR="00AD0EAA" w14:paraId="768BDF4D" w14:textId="77777777" w:rsidTr="00BB4E41">
        <w:trPr>
          <w:jc w:val="center"/>
        </w:trPr>
        <w:tc>
          <w:tcPr>
            <w:tcW w:w="2425" w:type="dxa"/>
            <w:shd w:val="clear" w:color="auto" w:fill="A8B9A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EB861" w14:textId="77777777" w:rsidR="00AD0EAA" w:rsidRPr="00FA6F30" w:rsidRDefault="00000000">
            <w:pPr>
              <w:jc w:val="center"/>
              <w:rPr>
                <w:sz w:val="24"/>
                <w:szCs w:val="24"/>
              </w:rPr>
            </w:pPr>
            <w:r w:rsidRPr="00FA6F30">
              <w:rPr>
                <w:b/>
                <w:color w:val="FFFFFF"/>
                <w:sz w:val="24"/>
                <w:szCs w:val="24"/>
              </w:rPr>
              <w:t>DEADLINE</w:t>
            </w:r>
          </w:p>
        </w:tc>
        <w:tc>
          <w:tcPr>
            <w:tcW w:w="333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41637" w14:textId="53DFD217" w:rsidR="00AD0EAA" w:rsidRPr="00BB4E41" w:rsidRDefault="00717645">
            <w:pPr>
              <w:rPr>
                <w:sz w:val="24"/>
                <w:szCs w:val="24"/>
              </w:rPr>
            </w:pPr>
            <w:r>
              <w:rPr>
                <w:color w:val="234A36"/>
                <w:sz w:val="24"/>
                <w:szCs w:val="24"/>
              </w:rPr>
              <w:t xml:space="preserve">October </w:t>
            </w:r>
            <w:r w:rsidR="00000000" w:rsidRPr="00BB4E41">
              <w:rPr>
                <w:color w:val="234A36"/>
                <w:sz w:val="24"/>
                <w:szCs w:val="24"/>
              </w:rPr>
              <w:t>12, 2026</w:t>
            </w:r>
          </w:p>
        </w:tc>
        <w:tc>
          <w:tcPr>
            <w:tcW w:w="1800" w:type="dxa"/>
            <w:shd w:val="clear" w:color="auto" w:fill="A8B9A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A4FF90" w14:textId="77777777" w:rsidR="00AD0EAA" w:rsidRPr="00FA6F30" w:rsidRDefault="00000000">
            <w:pPr>
              <w:jc w:val="center"/>
              <w:rPr>
                <w:sz w:val="24"/>
                <w:szCs w:val="24"/>
              </w:rPr>
            </w:pPr>
            <w:r w:rsidRPr="00FA6F30">
              <w:rPr>
                <w:b/>
                <w:color w:val="FFFFFF"/>
                <w:sz w:val="24"/>
                <w:szCs w:val="24"/>
              </w:rPr>
              <w:t>HOTEL</w:t>
            </w:r>
          </w:p>
        </w:tc>
        <w:tc>
          <w:tcPr>
            <w:tcW w:w="3301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D3160" w14:textId="77777777" w:rsidR="00AD0EAA" w:rsidRPr="00BB4E41" w:rsidRDefault="00000000">
            <w:pPr>
              <w:rPr>
                <w:sz w:val="22"/>
              </w:rPr>
            </w:pPr>
            <w:r w:rsidRPr="00BB4E41">
              <w:rPr>
                <w:color w:val="234A36"/>
                <w:sz w:val="22"/>
              </w:rPr>
              <w:t>Hampton Inn • $115 including taxes/night</w:t>
            </w:r>
          </w:p>
        </w:tc>
      </w:tr>
    </w:tbl>
    <w:p w14:paraId="6F028C59" w14:textId="77777777" w:rsidR="00AD0EAA" w:rsidRPr="00FA6F30" w:rsidRDefault="00000000">
      <w:pPr>
        <w:spacing w:before="80" w:after="40"/>
        <w:rPr>
          <w:sz w:val="32"/>
          <w:szCs w:val="32"/>
        </w:rPr>
      </w:pPr>
      <w:r w:rsidRPr="00FA6F30">
        <w:rPr>
          <w:b/>
          <w:color w:val="D9899B"/>
          <w:sz w:val="32"/>
          <w:szCs w:val="32"/>
        </w:rPr>
        <w:t>INDIVIDUAL REGISTRATION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14"/>
        <w:gridCol w:w="2714"/>
        <w:gridCol w:w="2714"/>
        <w:gridCol w:w="2714"/>
      </w:tblGrid>
      <w:tr w:rsidR="00AD0EAA" w14:paraId="4AE323E5" w14:textId="77777777">
        <w:trPr>
          <w:jc w:val="center"/>
        </w:trPr>
        <w:tc>
          <w:tcPr>
            <w:tcW w:w="2714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F2A71" w14:textId="77777777" w:rsidR="00AD0EAA" w:rsidRPr="00FA6F30" w:rsidRDefault="00000000">
            <w:pPr>
              <w:rPr>
                <w:sz w:val="24"/>
                <w:szCs w:val="24"/>
              </w:rPr>
            </w:pPr>
            <w:r w:rsidRPr="00FA6F30">
              <w:rPr>
                <w:b/>
                <w:color w:val="234A36"/>
                <w:sz w:val="24"/>
                <w:szCs w:val="24"/>
              </w:rPr>
              <w:t>Name</w:t>
            </w:r>
          </w:p>
        </w:tc>
        <w:tc>
          <w:tcPr>
            <w:tcW w:w="27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C117B" w14:textId="77777777" w:rsidR="00AD0EAA" w:rsidRDefault="00000000"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2714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7931E" w14:textId="77777777" w:rsidR="00AD0EAA" w:rsidRPr="00FA6F30" w:rsidRDefault="00000000">
            <w:pPr>
              <w:rPr>
                <w:sz w:val="24"/>
                <w:szCs w:val="24"/>
              </w:rPr>
            </w:pPr>
            <w:r w:rsidRPr="00FA6F30">
              <w:rPr>
                <w:b/>
                <w:color w:val="234A36"/>
                <w:sz w:val="24"/>
                <w:szCs w:val="24"/>
              </w:rPr>
              <w:t>Club</w:t>
            </w:r>
          </w:p>
        </w:tc>
        <w:tc>
          <w:tcPr>
            <w:tcW w:w="27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3D444" w14:textId="77777777" w:rsidR="00AD0EAA" w:rsidRDefault="00000000">
            <w:r>
              <w:rPr>
                <w:color w:val="000000"/>
                <w:sz w:val="17"/>
              </w:rPr>
              <w:t xml:space="preserve"> </w:t>
            </w:r>
          </w:p>
        </w:tc>
      </w:tr>
      <w:tr w:rsidR="00AD0EAA" w14:paraId="3790FC06" w14:textId="77777777">
        <w:trPr>
          <w:jc w:val="center"/>
        </w:trPr>
        <w:tc>
          <w:tcPr>
            <w:tcW w:w="2714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E4F750" w14:textId="77777777" w:rsidR="00AD0EAA" w:rsidRPr="00FA6F30" w:rsidRDefault="00000000">
            <w:pPr>
              <w:rPr>
                <w:sz w:val="24"/>
                <w:szCs w:val="24"/>
              </w:rPr>
            </w:pPr>
            <w:r w:rsidRPr="00FA6F30">
              <w:rPr>
                <w:b/>
                <w:color w:val="234A36"/>
                <w:sz w:val="24"/>
                <w:szCs w:val="24"/>
              </w:rPr>
              <w:t>Phone</w:t>
            </w:r>
          </w:p>
        </w:tc>
        <w:tc>
          <w:tcPr>
            <w:tcW w:w="27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F079DA" w14:textId="77777777" w:rsidR="00AD0EAA" w:rsidRDefault="00000000"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2714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F661A" w14:textId="77777777" w:rsidR="00AD0EAA" w:rsidRPr="00FA6F30" w:rsidRDefault="00000000">
            <w:pPr>
              <w:rPr>
                <w:sz w:val="24"/>
                <w:szCs w:val="24"/>
              </w:rPr>
            </w:pPr>
            <w:r w:rsidRPr="00FA6F30">
              <w:rPr>
                <w:b/>
                <w:color w:val="234A36"/>
                <w:sz w:val="24"/>
                <w:szCs w:val="24"/>
              </w:rPr>
              <w:t>Email</w:t>
            </w:r>
          </w:p>
        </w:tc>
        <w:tc>
          <w:tcPr>
            <w:tcW w:w="27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CDF58" w14:textId="77777777" w:rsidR="00AD0EAA" w:rsidRDefault="00000000">
            <w:r>
              <w:rPr>
                <w:color w:val="000000"/>
                <w:sz w:val="17"/>
              </w:rPr>
              <w:t xml:space="preserve"> </w:t>
            </w:r>
          </w:p>
        </w:tc>
      </w:tr>
      <w:tr w:rsidR="00AD0EAA" w14:paraId="3E444999" w14:textId="77777777">
        <w:trPr>
          <w:jc w:val="center"/>
        </w:trPr>
        <w:tc>
          <w:tcPr>
            <w:tcW w:w="2714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214FD7" w14:textId="77777777" w:rsidR="00AD0EAA" w:rsidRPr="00FA6F30" w:rsidRDefault="00000000">
            <w:pPr>
              <w:rPr>
                <w:sz w:val="24"/>
                <w:szCs w:val="24"/>
              </w:rPr>
            </w:pPr>
            <w:r w:rsidRPr="00FA6F30">
              <w:rPr>
                <w:b/>
                <w:color w:val="234A36"/>
                <w:sz w:val="24"/>
                <w:szCs w:val="24"/>
              </w:rPr>
              <w:t>Registration Type</w:t>
            </w:r>
          </w:p>
        </w:tc>
        <w:tc>
          <w:tcPr>
            <w:tcW w:w="27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0C6E5" w14:textId="77777777" w:rsidR="00AD0EAA" w:rsidRDefault="00000000">
            <w:r>
              <w:rPr>
                <w:color w:val="000000"/>
                <w:sz w:val="17"/>
              </w:rPr>
              <w:t>☐ Pilot   ☐ Compass   ☐ Anchor</w:t>
            </w:r>
          </w:p>
        </w:tc>
        <w:tc>
          <w:tcPr>
            <w:tcW w:w="2714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B063A" w14:textId="77777777" w:rsidR="00AD0EAA" w:rsidRPr="00FA6F30" w:rsidRDefault="00000000">
            <w:pPr>
              <w:rPr>
                <w:sz w:val="24"/>
                <w:szCs w:val="24"/>
              </w:rPr>
            </w:pPr>
            <w:r w:rsidRPr="00FA6F30">
              <w:rPr>
                <w:b/>
                <w:color w:val="234A36"/>
                <w:sz w:val="24"/>
                <w:szCs w:val="24"/>
              </w:rPr>
              <w:t>First Fall Council?</w:t>
            </w:r>
          </w:p>
        </w:tc>
        <w:tc>
          <w:tcPr>
            <w:tcW w:w="27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A9A09" w14:textId="77777777" w:rsidR="00AD0EAA" w:rsidRDefault="00000000">
            <w:r>
              <w:rPr>
                <w:color w:val="000000"/>
                <w:sz w:val="17"/>
              </w:rPr>
              <w:t>☐ Yes   ☐ No</w:t>
            </w:r>
          </w:p>
        </w:tc>
      </w:tr>
      <w:tr w:rsidR="00AD0EAA" w14:paraId="2A85D61A" w14:textId="77777777">
        <w:trPr>
          <w:jc w:val="center"/>
        </w:trPr>
        <w:tc>
          <w:tcPr>
            <w:tcW w:w="2714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85603" w14:textId="77777777" w:rsidR="00AD0EAA" w:rsidRPr="00FA6F30" w:rsidRDefault="00000000">
            <w:pPr>
              <w:rPr>
                <w:sz w:val="24"/>
                <w:szCs w:val="24"/>
              </w:rPr>
            </w:pPr>
            <w:r w:rsidRPr="00FA6F30">
              <w:rPr>
                <w:b/>
                <w:color w:val="234A36"/>
                <w:sz w:val="24"/>
                <w:szCs w:val="24"/>
              </w:rPr>
              <w:t>Friday Dinner?</w:t>
            </w:r>
          </w:p>
        </w:tc>
        <w:tc>
          <w:tcPr>
            <w:tcW w:w="27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88C5B" w14:textId="77777777" w:rsidR="00AD0EAA" w:rsidRDefault="00000000">
            <w:r>
              <w:rPr>
                <w:color w:val="000000"/>
                <w:sz w:val="17"/>
              </w:rPr>
              <w:t>☐ Yes   ☐ No</w:t>
            </w:r>
          </w:p>
        </w:tc>
        <w:tc>
          <w:tcPr>
            <w:tcW w:w="2714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D3BAD" w14:textId="77777777" w:rsidR="00AD0EAA" w:rsidRPr="00FA6F30" w:rsidRDefault="00000000">
            <w:pPr>
              <w:rPr>
                <w:sz w:val="24"/>
                <w:szCs w:val="24"/>
              </w:rPr>
            </w:pPr>
            <w:r w:rsidRPr="00FA6F30">
              <w:rPr>
                <w:b/>
                <w:color w:val="234A36"/>
                <w:sz w:val="24"/>
                <w:szCs w:val="24"/>
              </w:rPr>
              <w:t>Dietary Restrictions</w:t>
            </w:r>
          </w:p>
        </w:tc>
        <w:tc>
          <w:tcPr>
            <w:tcW w:w="27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733AA" w14:textId="77777777" w:rsidR="00AD0EAA" w:rsidRDefault="00000000">
            <w:r>
              <w:rPr>
                <w:color w:val="000000"/>
                <w:sz w:val="17"/>
              </w:rPr>
              <w:t xml:space="preserve"> </w:t>
            </w:r>
          </w:p>
        </w:tc>
      </w:tr>
      <w:tr w:rsidR="00AD0EAA" w14:paraId="6B1C6C27" w14:textId="77777777">
        <w:trPr>
          <w:jc w:val="center"/>
        </w:trPr>
        <w:tc>
          <w:tcPr>
            <w:tcW w:w="2714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737903" w14:textId="77777777" w:rsidR="00AD0EAA" w:rsidRPr="00FA6F30" w:rsidRDefault="00000000">
            <w:pPr>
              <w:rPr>
                <w:sz w:val="24"/>
                <w:szCs w:val="24"/>
              </w:rPr>
            </w:pPr>
            <w:r w:rsidRPr="00FA6F30">
              <w:rPr>
                <w:b/>
                <w:color w:val="234A36"/>
                <w:sz w:val="24"/>
                <w:szCs w:val="24"/>
              </w:rPr>
              <w:t>Accessibility / A-V Needs</w:t>
            </w:r>
          </w:p>
        </w:tc>
        <w:tc>
          <w:tcPr>
            <w:tcW w:w="27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F65290" w14:textId="77777777" w:rsidR="00AD0EAA" w:rsidRDefault="00000000"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2714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A3C7F" w14:textId="77777777" w:rsidR="00AD0EAA" w:rsidRPr="00FA6F30" w:rsidRDefault="00000000">
            <w:pPr>
              <w:rPr>
                <w:sz w:val="24"/>
                <w:szCs w:val="24"/>
              </w:rPr>
            </w:pPr>
            <w:r w:rsidRPr="00FA6F30">
              <w:rPr>
                <w:b/>
                <w:color w:val="234A36"/>
                <w:sz w:val="24"/>
                <w:szCs w:val="24"/>
              </w:rPr>
              <w:t>Payment Method</w:t>
            </w:r>
          </w:p>
        </w:tc>
        <w:tc>
          <w:tcPr>
            <w:tcW w:w="27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FBA57" w14:textId="77777777" w:rsidR="00AD0EAA" w:rsidRDefault="00000000">
            <w:r>
              <w:rPr>
                <w:color w:val="000000"/>
                <w:sz w:val="17"/>
              </w:rPr>
              <w:t xml:space="preserve">☐ Check   ☐ </w:t>
            </w:r>
            <w:proofErr w:type="spellStart"/>
            <w:r>
              <w:rPr>
                <w:color w:val="000000"/>
                <w:sz w:val="17"/>
              </w:rPr>
              <w:t>CashApp</w:t>
            </w:r>
            <w:proofErr w:type="spellEnd"/>
            <w:r>
              <w:rPr>
                <w:color w:val="000000"/>
                <w:sz w:val="17"/>
              </w:rPr>
              <w:t xml:space="preserve">   ☐ PayPal   ☐ Zeffy</w:t>
            </w:r>
          </w:p>
        </w:tc>
      </w:tr>
    </w:tbl>
    <w:p w14:paraId="3C6DF81F" w14:textId="10632575" w:rsidR="00AD0EAA" w:rsidRPr="00FA6F30" w:rsidRDefault="00000000">
      <w:pPr>
        <w:spacing w:before="80" w:after="40"/>
        <w:rPr>
          <w:sz w:val="32"/>
          <w:szCs w:val="32"/>
        </w:rPr>
      </w:pPr>
      <w:r w:rsidRPr="00FA6F30">
        <w:rPr>
          <w:b/>
          <w:color w:val="D9899B"/>
          <w:sz w:val="32"/>
          <w:szCs w:val="32"/>
        </w:rPr>
        <w:t xml:space="preserve">MULTIPLE REGISTRATIONS — use </w:t>
      </w:r>
      <w:r w:rsidR="00FA6F30" w:rsidRPr="00FA6F30">
        <w:rPr>
          <w:b/>
          <w:color w:val="D9899B"/>
          <w:sz w:val="32"/>
          <w:szCs w:val="32"/>
        </w:rPr>
        <w:t>attached form</w:t>
      </w:r>
    </w:p>
    <w:p w14:paraId="61D1B496" w14:textId="77777777" w:rsidR="00AD0EAA" w:rsidRDefault="00000000">
      <w:pPr>
        <w:spacing w:before="40" w:after="80"/>
        <w:jc w:val="right"/>
      </w:pPr>
      <w:r>
        <w:rPr>
          <w:b/>
          <w:color w:val="234A36"/>
          <w:sz w:val="20"/>
        </w:rPr>
        <w:t>TOTAL ENCLOSED: $________________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29"/>
        <w:gridCol w:w="5429"/>
      </w:tblGrid>
      <w:tr w:rsidR="00AD0EAA" w14:paraId="6C5DB34C" w14:textId="77777777">
        <w:trPr>
          <w:jc w:val="center"/>
        </w:trPr>
        <w:tc>
          <w:tcPr>
            <w:tcW w:w="5429" w:type="dxa"/>
            <w:shd w:val="clear" w:color="auto" w:fill="F8EC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9D361" w14:textId="4F140F31" w:rsidR="00AD0EAA" w:rsidRPr="001D0ED2" w:rsidRDefault="00000000">
            <w:pPr>
              <w:jc w:val="center"/>
              <w:rPr>
                <w:sz w:val="24"/>
                <w:szCs w:val="24"/>
              </w:rPr>
            </w:pPr>
            <w:r w:rsidRPr="001D0ED2">
              <w:rPr>
                <w:b/>
                <w:color w:val="234A36"/>
                <w:sz w:val="24"/>
                <w:szCs w:val="24"/>
              </w:rPr>
              <w:t xml:space="preserve">FRIDAY DINNER </w:t>
            </w:r>
          </w:p>
          <w:p w14:paraId="03B9C525" w14:textId="5FEAC344" w:rsidR="00FA6F30" w:rsidRPr="001D0ED2" w:rsidRDefault="001D0E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</w:t>
            </w:r>
            <w:r w:rsidRPr="001D0ED2">
              <w:rPr>
                <w:b/>
                <w:sz w:val="24"/>
                <w:szCs w:val="24"/>
              </w:rPr>
              <w:t xml:space="preserve">Dinner (optional, self-pay): </w:t>
            </w:r>
          </w:p>
          <w:p w14:paraId="56F683B4" w14:textId="77777777" w:rsidR="00AD0EAA" w:rsidRDefault="001D0ED2" w:rsidP="007176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</w:t>
            </w:r>
            <w:r w:rsidR="00717645">
              <w:rPr>
                <w:sz w:val="24"/>
                <w:szCs w:val="24"/>
              </w:rPr>
              <w:t>Butter &amp; Grace</w:t>
            </w:r>
          </w:p>
          <w:p w14:paraId="5EDA058D" w14:textId="50C071A4" w:rsidR="00717645" w:rsidRDefault="00717645" w:rsidP="00717645">
            <w:r>
              <w:t xml:space="preserve">                                               1585 N Hwy 77</w:t>
            </w:r>
          </w:p>
          <w:p w14:paraId="4E2A1AE6" w14:textId="10248A35" w:rsidR="00717645" w:rsidRDefault="00717645" w:rsidP="00717645">
            <w:r>
              <w:t xml:space="preserve">                                                Waxahachie, TX 75165</w:t>
            </w:r>
          </w:p>
          <w:p w14:paraId="24FF17DE" w14:textId="30E8AC19" w:rsidR="00717645" w:rsidRDefault="00717645" w:rsidP="00717645"/>
        </w:tc>
        <w:tc>
          <w:tcPr>
            <w:tcW w:w="5429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1BC64" w14:textId="656E6CC5" w:rsidR="001D0ED2" w:rsidRDefault="001D0ED2" w:rsidP="001D0ED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Saturday Event</w:t>
            </w:r>
          </w:p>
          <w:p w14:paraId="2284D865" w14:textId="2B757BC4" w:rsidR="001D0ED2" w:rsidRDefault="00717645" w:rsidP="001D0E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Ferris Heights United Methodist Church</w:t>
            </w:r>
          </w:p>
          <w:p w14:paraId="5B91DA91" w14:textId="5A367511" w:rsidR="00717645" w:rsidRPr="001D0ED2" w:rsidRDefault="00717645" w:rsidP="001D0E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 Center St</w:t>
            </w:r>
          </w:p>
          <w:p w14:paraId="1958FCAB" w14:textId="3BD859E2" w:rsidR="001D0ED2" w:rsidRPr="001D0ED2" w:rsidRDefault="00717645" w:rsidP="001D0ED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Waxahachie</w:t>
            </w:r>
            <w:r w:rsidR="001D0ED2" w:rsidRPr="001D0ED2">
              <w:rPr>
                <w:bCs/>
                <w:sz w:val="24"/>
                <w:szCs w:val="24"/>
              </w:rPr>
              <w:t xml:space="preserve">, TX </w:t>
            </w:r>
            <w:r>
              <w:rPr>
                <w:bCs/>
                <w:sz w:val="24"/>
                <w:szCs w:val="24"/>
              </w:rPr>
              <w:t>75165</w:t>
            </w:r>
          </w:p>
          <w:p w14:paraId="580C5675" w14:textId="6CCAF01E" w:rsidR="00FA6F30" w:rsidRDefault="00717645">
            <w:pPr>
              <w:jc w:val="center"/>
            </w:pPr>
            <w:r>
              <w:t>Cost $45</w:t>
            </w:r>
          </w:p>
        </w:tc>
      </w:tr>
    </w:tbl>
    <w:p w14:paraId="5A1560CE" w14:textId="77777777" w:rsidR="00AD0EAA" w:rsidRDefault="00AD0EAA"/>
    <w:tbl>
      <w:tblPr>
        <w:tblStyle w:val="TableGrid"/>
        <w:tblpPr w:leftFromText="180" w:rightFromText="180" w:vertAnchor="text" w:horzAnchor="margin" w:tblpY="-15"/>
        <w:tblW w:w="10858" w:type="dxa"/>
        <w:tblLayout w:type="fixed"/>
        <w:tblLook w:val="04A0" w:firstRow="1" w:lastRow="0" w:firstColumn="1" w:lastColumn="0" w:noHBand="0" w:noVBand="1"/>
      </w:tblPr>
      <w:tblGrid>
        <w:gridCol w:w="5429"/>
        <w:gridCol w:w="5429"/>
      </w:tblGrid>
      <w:tr w:rsidR="001D0ED2" w14:paraId="11513EEE" w14:textId="77777777" w:rsidTr="001D0ED2">
        <w:tc>
          <w:tcPr>
            <w:tcW w:w="5429" w:type="dxa"/>
            <w:shd w:val="clear" w:color="auto" w:fill="F8EC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E0CFC1" w14:textId="77777777" w:rsidR="001D0ED2" w:rsidRPr="001D0ED2" w:rsidRDefault="001D0ED2" w:rsidP="001D0ED2">
            <w:pPr>
              <w:jc w:val="center"/>
              <w:rPr>
                <w:b/>
                <w:color w:val="234A36"/>
                <w:sz w:val="24"/>
                <w:szCs w:val="24"/>
              </w:rPr>
            </w:pPr>
            <w:r w:rsidRPr="001D0ED2">
              <w:rPr>
                <w:b/>
                <w:color w:val="234A36"/>
                <w:sz w:val="24"/>
                <w:szCs w:val="24"/>
              </w:rPr>
              <w:t>Hotel</w:t>
            </w:r>
          </w:p>
          <w:p w14:paraId="2AD6F937" w14:textId="084AC58A" w:rsidR="001D0ED2" w:rsidRDefault="001D0ED2" w:rsidP="00BE0E71">
            <w:pPr>
              <w:jc w:val="center"/>
              <w:rPr>
                <w:bCs/>
                <w:color w:val="234A36"/>
                <w:sz w:val="24"/>
                <w:szCs w:val="24"/>
              </w:rPr>
            </w:pPr>
            <w:r w:rsidRPr="001D0ED2">
              <w:rPr>
                <w:b/>
                <w:color w:val="234A36"/>
                <w:sz w:val="24"/>
                <w:szCs w:val="24"/>
              </w:rPr>
              <w:t xml:space="preserve"> </w:t>
            </w:r>
            <w:r w:rsidR="00BE0E71">
              <w:rPr>
                <w:bCs/>
                <w:color w:val="234A36"/>
                <w:sz w:val="24"/>
                <w:szCs w:val="24"/>
              </w:rPr>
              <w:t>Comfort Suites</w:t>
            </w:r>
          </w:p>
          <w:p w14:paraId="1EAD1B5E" w14:textId="3D0FB3F0" w:rsidR="00BE0E71" w:rsidRDefault="00BE0E71" w:rsidP="00BE0E71">
            <w:pPr>
              <w:jc w:val="center"/>
              <w:rPr>
                <w:bCs/>
                <w:color w:val="234A36"/>
                <w:sz w:val="24"/>
                <w:szCs w:val="24"/>
              </w:rPr>
            </w:pPr>
            <w:r>
              <w:rPr>
                <w:bCs/>
                <w:color w:val="234A36"/>
                <w:sz w:val="24"/>
                <w:szCs w:val="24"/>
              </w:rPr>
              <w:t>131 RVG Plaza</w:t>
            </w:r>
          </w:p>
          <w:p w14:paraId="4F1F63AA" w14:textId="045D3B63" w:rsidR="00BE0E71" w:rsidRDefault="00BE0E71" w:rsidP="00BE0E71">
            <w:pPr>
              <w:jc w:val="center"/>
              <w:rPr>
                <w:bCs/>
                <w:color w:val="234A36"/>
                <w:sz w:val="24"/>
                <w:szCs w:val="24"/>
              </w:rPr>
            </w:pPr>
            <w:r>
              <w:rPr>
                <w:bCs/>
                <w:color w:val="234A36"/>
                <w:sz w:val="24"/>
                <w:szCs w:val="24"/>
              </w:rPr>
              <w:t>Waxahachie, TX 75165</w:t>
            </w:r>
          </w:p>
          <w:p w14:paraId="503FA3D8" w14:textId="4B50C36D" w:rsidR="00BE0E71" w:rsidRDefault="00BE0E71" w:rsidP="00BE0E71">
            <w:pPr>
              <w:jc w:val="center"/>
              <w:rPr>
                <w:bCs/>
                <w:color w:val="234A36"/>
                <w:sz w:val="24"/>
                <w:szCs w:val="24"/>
              </w:rPr>
            </w:pPr>
            <w:r>
              <w:rPr>
                <w:bCs/>
                <w:color w:val="234A36"/>
                <w:sz w:val="24"/>
                <w:szCs w:val="24"/>
              </w:rPr>
              <w:t>(469) 517-1600</w:t>
            </w:r>
          </w:p>
          <w:p w14:paraId="090648E1" w14:textId="58A99EE6" w:rsidR="00BE0E71" w:rsidRDefault="00BE0E71" w:rsidP="00BE0E71">
            <w:pPr>
              <w:jc w:val="center"/>
              <w:rPr>
                <w:bCs/>
                <w:color w:val="234A36"/>
                <w:sz w:val="24"/>
                <w:szCs w:val="24"/>
              </w:rPr>
            </w:pPr>
            <w:r>
              <w:rPr>
                <w:bCs/>
                <w:color w:val="234A36"/>
                <w:sz w:val="24"/>
                <w:szCs w:val="24"/>
              </w:rPr>
              <w:t>(469) 517-1605</w:t>
            </w:r>
          </w:p>
          <w:p w14:paraId="2FA24B35" w14:textId="77777777" w:rsidR="001D0ED2" w:rsidRDefault="001D0ED2" w:rsidP="001D0ED2">
            <w:pPr>
              <w:rPr>
                <w:bCs/>
                <w:color w:val="234A36"/>
                <w:sz w:val="24"/>
                <w:szCs w:val="24"/>
              </w:rPr>
            </w:pPr>
          </w:p>
          <w:p w14:paraId="2F4C984E" w14:textId="77777777" w:rsidR="001D0ED2" w:rsidRDefault="001D0ED2" w:rsidP="001D0ED2"/>
        </w:tc>
        <w:tc>
          <w:tcPr>
            <w:tcW w:w="5429" w:type="dxa"/>
            <w:shd w:val="clear" w:color="auto" w:fill="EEF3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7BC207" w14:textId="77777777" w:rsidR="001D0ED2" w:rsidRPr="001D0ED2" w:rsidRDefault="001D0ED2" w:rsidP="001D0ED2">
            <w:pPr>
              <w:jc w:val="center"/>
              <w:rPr>
                <w:b/>
                <w:bCs/>
                <w:sz w:val="24"/>
                <w:szCs w:val="24"/>
              </w:rPr>
            </w:pPr>
            <w:r w:rsidRPr="001D0ED2">
              <w:rPr>
                <w:b/>
                <w:bCs/>
                <w:sz w:val="24"/>
                <w:szCs w:val="24"/>
              </w:rPr>
              <w:t>Service Project</w:t>
            </w:r>
          </w:p>
          <w:p w14:paraId="2ECF4A48" w14:textId="5415D7DB" w:rsidR="001D0ED2" w:rsidRPr="001D0ED2" w:rsidRDefault="00717645" w:rsidP="001D0E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CASA of Ellis County</w:t>
            </w:r>
          </w:p>
          <w:p w14:paraId="6161676C" w14:textId="77777777" w:rsidR="001D0ED2" w:rsidRPr="001D0ED2" w:rsidRDefault="001D0ED2" w:rsidP="001D0ED2">
            <w:pPr>
              <w:jc w:val="center"/>
              <w:rPr>
                <w:sz w:val="24"/>
                <w:szCs w:val="24"/>
              </w:rPr>
            </w:pPr>
            <w:r w:rsidRPr="001D0ED2">
              <w:rPr>
                <w:sz w:val="24"/>
                <w:szCs w:val="24"/>
              </w:rPr>
              <w:t>Wharton, TX</w:t>
            </w:r>
          </w:p>
          <w:p w14:paraId="70C98E12" w14:textId="77777777" w:rsidR="001D0ED2" w:rsidRPr="001D0ED2" w:rsidRDefault="001D0ED2" w:rsidP="001D0ED2">
            <w:pPr>
              <w:jc w:val="center"/>
              <w:rPr>
                <w:sz w:val="24"/>
                <w:szCs w:val="24"/>
              </w:rPr>
            </w:pPr>
            <w:r w:rsidRPr="001D0ED2">
              <w:rPr>
                <w:sz w:val="24"/>
                <w:szCs w:val="24"/>
              </w:rPr>
              <w:t>Donations: Diapers sizes 1,3,5</w:t>
            </w:r>
          </w:p>
          <w:p w14:paraId="7F5C41B2" w14:textId="6506D5AE" w:rsidR="001D0ED2" w:rsidRDefault="001D0ED2" w:rsidP="001D0ED2">
            <w:pPr>
              <w:jc w:val="center"/>
            </w:pPr>
            <w:r w:rsidRPr="001D0ED2">
              <w:rPr>
                <w:sz w:val="24"/>
                <w:szCs w:val="24"/>
              </w:rPr>
              <w:t>Baby wipes, Hygiene products, toothbrushes/toothpaste</w:t>
            </w:r>
          </w:p>
        </w:tc>
      </w:tr>
    </w:tbl>
    <w:p w14:paraId="19FB36C8" w14:textId="77777777" w:rsidR="00FA6F30" w:rsidRDefault="00FA6F30"/>
    <w:p w14:paraId="61B460EB" w14:textId="77777777" w:rsidR="00FA6F30" w:rsidRDefault="00FA6F30">
      <w:pPr>
        <w:sectPr w:rsidR="00FA6F30">
          <w:footerReference w:type="default" r:id="rId10"/>
          <w:pgSz w:w="12240" w:h="15840"/>
          <w:pgMar w:top="605" w:right="691" w:bottom="605" w:left="691" w:header="720" w:footer="720" w:gutter="0"/>
          <w:cols w:space="720"/>
          <w:docGrid w:linePitch="360"/>
        </w:sectPr>
      </w:pPr>
    </w:p>
    <w:p w14:paraId="5FF71061" w14:textId="7A3667B6" w:rsidR="00AD0EAA" w:rsidRDefault="00000000">
      <w:pPr>
        <w:jc w:val="center"/>
      </w:pPr>
      <w:r>
        <w:rPr>
          <w:b/>
          <w:color w:val="D9899B"/>
          <w:sz w:val="36"/>
        </w:rPr>
        <w:lastRenderedPageBreak/>
        <w:t>PAYMENT OPTIONS</w:t>
      </w:r>
      <w:r>
        <w:rPr>
          <w:b/>
          <w:color w:val="234A36"/>
          <w:sz w:val="22"/>
        </w:rPr>
        <w:br/>
        <w:t xml:space="preserve">2026 </w:t>
      </w:r>
      <w:r w:rsidR="00717645">
        <w:rPr>
          <w:b/>
          <w:color w:val="234A36"/>
          <w:sz w:val="22"/>
        </w:rPr>
        <w:t>North</w:t>
      </w:r>
      <w:r>
        <w:rPr>
          <w:b/>
          <w:color w:val="234A36"/>
          <w:sz w:val="22"/>
        </w:rPr>
        <w:t xml:space="preserve"> Fall Council</w:t>
      </w:r>
    </w:p>
    <w:tbl>
      <w:tblPr>
        <w:tblStyle w:val="TableGrid"/>
        <w:tblW w:w="10512" w:type="dxa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AD0EAA" w14:paraId="55F67601" w14:textId="77777777" w:rsidTr="00C24D8E">
        <w:trPr>
          <w:jc w:val="center"/>
        </w:trPr>
        <w:tc>
          <w:tcPr>
            <w:tcW w:w="5256" w:type="dxa"/>
            <w:shd w:val="clear" w:color="auto" w:fill="F8EC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3C407E" w14:textId="77777777" w:rsidR="00AD0EAA" w:rsidRDefault="00000000">
            <w:r>
              <w:rPr>
                <w:b/>
                <w:color w:val="234A36"/>
                <w:sz w:val="24"/>
              </w:rPr>
              <w:t>CHECK</w:t>
            </w:r>
            <w:r>
              <w:rPr>
                <w:b/>
                <w:color w:val="234A36"/>
                <w:sz w:val="24"/>
              </w:rPr>
              <w:br/>
            </w:r>
            <w:r>
              <w:t>Make payable to Texas District Pilot International and mail with the registration form to Becky Taylor, Texas District Treasurer, 1410 Sherwood St, Baytown, TX 77520.</w:t>
            </w:r>
          </w:p>
        </w:tc>
        <w:tc>
          <w:tcPr>
            <w:tcW w:w="525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7358F7" w14:textId="77777777" w:rsidR="00C24D8E" w:rsidRPr="00C24D8E" w:rsidRDefault="00C24D8E" w:rsidP="00C24D8E">
            <w:pPr>
              <w:spacing w:before="160"/>
              <w:jc w:val="center"/>
              <w:rPr>
                <w:b/>
                <w:color w:val="234A36"/>
                <w:sz w:val="20"/>
                <w:szCs w:val="20"/>
              </w:rPr>
            </w:pPr>
            <w:r w:rsidRPr="00C24D8E">
              <w:rPr>
                <w:b/>
                <w:color w:val="234A36"/>
                <w:sz w:val="20"/>
                <w:szCs w:val="20"/>
              </w:rPr>
              <w:t>REGISTRATION &amp; CHECK TO</w:t>
            </w:r>
          </w:p>
          <w:p w14:paraId="2D28E0F6" w14:textId="77777777" w:rsidR="00C24D8E" w:rsidRPr="00C24D8E" w:rsidRDefault="00C24D8E" w:rsidP="00C24D8E">
            <w:pPr>
              <w:spacing w:before="160"/>
              <w:jc w:val="center"/>
              <w:rPr>
                <w:b/>
                <w:color w:val="234A36"/>
                <w:sz w:val="20"/>
                <w:szCs w:val="20"/>
              </w:rPr>
            </w:pPr>
            <w:r w:rsidRPr="00C24D8E">
              <w:rPr>
                <w:b/>
                <w:color w:val="234A36"/>
                <w:sz w:val="20"/>
                <w:szCs w:val="20"/>
              </w:rPr>
              <w:t>Texas District Pilot International</w:t>
            </w:r>
            <w:r w:rsidRPr="00C24D8E">
              <w:rPr>
                <w:b/>
                <w:color w:val="234A36"/>
                <w:sz w:val="20"/>
                <w:szCs w:val="20"/>
              </w:rPr>
              <w:br/>
              <w:t>Becky Taylor, Texas District Treasurer</w:t>
            </w:r>
            <w:r w:rsidRPr="00C24D8E">
              <w:rPr>
                <w:b/>
                <w:color w:val="234A36"/>
                <w:sz w:val="20"/>
                <w:szCs w:val="20"/>
              </w:rPr>
              <w:br/>
              <w:t>1410 Sherwood St</w:t>
            </w:r>
            <w:r w:rsidRPr="00C24D8E">
              <w:rPr>
                <w:b/>
                <w:color w:val="234A36"/>
                <w:sz w:val="20"/>
                <w:szCs w:val="20"/>
              </w:rPr>
              <w:br/>
              <w:t>Baytown, TX 77520</w:t>
            </w:r>
          </w:p>
          <w:p w14:paraId="3682E0CA" w14:textId="2DD20479" w:rsidR="00AD0EAA" w:rsidRDefault="00AD0EAA">
            <w:pPr>
              <w:jc w:val="center"/>
            </w:pPr>
          </w:p>
        </w:tc>
      </w:tr>
      <w:tr w:rsidR="00AD0EAA" w14:paraId="09B2B6ED" w14:textId="77777777" w:rsidTr="00C24D8E">
        <w:trPr>
          <w:jc w:val="center"/>
        </w:trPr>
        <w:tc>
          <w:tcPr>
            <w:tcW w:w="5256" w:type="dxa"/>
            <w:shd w:val="clear" w:color="auto" w:fill="EEF3E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19EF49" w14:textId="77777777" w:rsidR="00AD0EAA" w:rsidRDefault="00000000">
            <w:r>
              <w:rPr>
                <w:b/>
                <w:color w:val="234A36"/>
                <w:sz w:val="24"/>
              </w:rPr>
              <w:t>CASHAPP</w:t>
            </w:r>
            <w:r>
              <w:rPr>
                <w:b/>
                <w:color w:val="234A36"/>
                <w:sz w:val="24"/>
              </w:rPr>
              <w:br/>
            </w:r>
            <w:r>
              <w:t xml:space="preserve">Scan the </w:t>
            </w:r>
            <w:proofErr w:type="spellStart"/>
            <w:r>
              <w:t>CashApp</w:t>
            </w:r>
            <w:proofErr w:type="spellEnd"/>
            <w:r>
              <w:t xml:space="preserve"> QR code to submit payment. Include the registrant or club name in the payment note.</w:t>
            </w:r>
          </w:p>
        </w:tc>
        <w:tc>
          <w:tcPr>
            <w:tcW w:w="525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FDA513" w14:textId="77777777" w:rsidR="00AD0EA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045EE2" wp14:editId="51B8E00A">
                  <wp:extent cx="1234440" cy="117131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1171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0EAA" w14:paraId="40811238" w14:textId="77777777" w:rsidTr="00C24D8E">
        <w:trPr>
          <w:jc w:val="center"/>
        </w:trPr>
        <w:tc>
          <w:tcPr>
            <w:tcW w:w="5256" w:type="dxa"/>
            <w:shd w:val="clear" w:color="auto" w:fill="F8EC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206097" w14:textId="77777777" w:rsidR="00AD0EAA" w:rsidRDefault="00000000">
            <w:r>
              <w:rPr>
                <w:b/>
                <w:color w:val="234A36"/>
                <w:sz w:val="24"/>
              </w:rPr>
              <w:t>PAYPAL</w:t>
            </w:r>
            <w:r>
              <w:rPr>
                <w:b/>
                <w:color w:val="234A36"/>
                <w:sz w:val="24"/>
              </w:rPr>
              <w:br/>
            </w:r>
            <w:r>
              <w:t>Send to texasdistrictpilots@gmail.com. Choose Family and Friends or add the 3% convenience fee ($1.35 per $45 registrant).</w:t>
            </w:r>
          </w:p>
        </w:tc>
        <w:tc>
          <w:tcPr>
            <w:tcW w:w="525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26470F" w14:textId="77777777" w:rsidR="00AD0EA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C77B49A" wp14:editId="57585109">
                  <wp:extent cx="1234440" cy="12344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1234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0EAA" w14:paraId="51C58D57" w14:textId="77777777" w:rsidTr="00C24D8E">
        <w:trPr>
          <w:jc w:val="center"/>
        </w:trPr>
        <w:tc>
          <w:tcPr>
            <w:tcW w:w="5256" w:type="dxa"/>
            <w:shd w:val="clear" w:color="auto" w:fill="EEF3E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A4CD47" w14:textId="73E261B9" w:rsidR="00AD0EAA" w:rsidRDefault="00000000">
            <w:r w:rsidRPr="00C24D8E">
              <w:rPr>
                <w:b/>
                <w:color w:val="234A36"/>
                <w:sz w:val="24"/>
                <w:highlight w:val="green"/>
              </w:rPr>
              <w:t>ZEFFY</w:t>
            </w:r>
            <w:r w:rsidR="00C24D8E" w:rsidRPr="00C24D8E">
              <w:rPr>
                <w:b/>
                <w:color w:val="234A36"/>
                <w:sz w:val="24"/>
                <w:highlight w:val="green"/>
              </w:rPr>
              <w:t>-PILOT/COMPASS ONLY</w:t>
            </w:r>
            <w:r>
              <w:rPr>
                <w:b/>
                <w:color w:val="234A36"/>
                <w:sz w:val="24"/>
              </w:rPr>
              <w:br/>
            </w:r>
            <w:r>
              <w:t>Fee-free debit/credit card option. On “Help keep Zeffy free for Texas District Pilot International,” use the drop-down menu and choose Other to avoid extra charges. If paying through Zeffy, the online registration replaces the paper form.</w:t>
            </w:r>
          </w:p>
        </w:tc>
        <w:tc>
          <w:tcPr>
            <w:tcW w:w="525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63FBF3" w14:textId="61FE2142" w:rsidR="00AD0EAA" w:rsidRDefault="00C24D8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6C08E2" wp14:editId="0EBC1F01">
                  <wp:extent cx="1562100" cy="1562100"/>
                  <wp:effectExtent l="0" t="0" r="0" b="0"/>
                  <wp:docPr id="145207664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4D8E" w14:paraId="40EFB2B4" w14:textId="77777777" w:rsidTr="00C24D8E">
        <w:trPr>
          <w:jc w:val="center"/>
        </w:trPr>
        <w:tc>
          <w:tcPr>
            <w:tcW w:w="5256" w:type="dxa"/>
            <w:shd w:val="clear" w:color="auto" w:fill="EEF3E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E8B3C4" w14:textId="6BD6F66D" w:rsidR="00C24D8E" w:rsidRPr="00C24D8E" w:rsidRDefault="00C24D8E">
            <w:pPr>
              <w:rPr>
                <w:b/>
                <w:color w:val="234A36"/>
                <w:sz w:val="24"/>
                <w:highlight w:val="green"/>
              </w:rPr>
            </w:pPr>
            <w:r w:rsidRPr="00C24D8E">
              <w:rPr>
                <w:b/>
                <w:color w:val="234A36"/>
                <w:sz w:val="24"/>
                <w:highlight w:val="green"/>
              </w:rPr>
              <w:t>ZEFFY-</w:t>
            </w:r>
            <w:r>
              <w:rPr>
                <w:b/>
                <w:color w:val="234A36"/>
                <w:sz w:val="24"/>
                <w:highlight w:val="green"/>
              </w:rPr>
              <w:t>ANCHOR</w:t>
            </w:r>
            <w:r w:rsidRPr="00C24D8E">
              <w:rPr>
                <w:b/>
                <w:color w:val="234A36"/>
                <w:sz w:val="24"/>
                <w:highlight w:val="green"/>
              </w:rPr>
              <w:t xml:space="preserve"> ONLY</w:t>
            </w:r>
            <w:r>
              <w:rPr>
                <w:b/>
                <w:color w:val="234A36"/>
                <w:sz w:val="24"/>
              </w:rPr>
              <w:br/>
            </w:r>
            <w:r>
              <w:t>Fee-free debit/credit card option. On “Help keep Zeffy free for Texas District Pilot International,” use the drop-down menu and choose Other to avoid extra charges. If paying through Zeffy, the online registration replaces the paper form.</w:t>
            </w:r>
          </w:p>
        </w:tc>
        <w:tc>
          <w:tcPr>
            <w:tcW w:w="525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45558C" w14:textId="4C47E44A" w:rsidR="00C24D8E" w:rsidRDefault="00C24D8E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</w:t>
            </w:r>
            <w:r>
              <w:rPr>
                <w:noProof/>
              </w:rPr>
              <w:drawing>
                <wp:inline distT="0" distB="0" distL="0" distR="0" wp14:anchorId="7ECB8118" wp14:editId="1CA02801">
                  <wp:extent cx="1714500" cy="1714500"/>
                  <wp:effectExtent l="0" t="0" r="0" b="0"/>
                  <wp:docPr id="165383141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375753C" wp14:editId="4C1F3D23">
                      <wp:extent cx="304800" cy="304800"/>
                      <wp:effectExtent l="0" t="0" r="0" b="0"/>
                      <wp:docPr id="366123740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56836BE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3AA35895" w14:textId="0540E30A" w:rsidR="00FA6F30" w:rsidRDefault="00000000" w:rsidP="00C24D8E">
      <w:pPr>
        <w:spacing w:before="160" w:line="240" w:lineRule="auto"/>
        <w:jc w:val="center"/>
        <w:rPr>
          <w:b/>
          <w:color w:val="234A36"/>
          <w:sz w:val="22"/>
        </w:rPr>
      </w:pPr>
      <w:r w:rsidRPr="00C24D8E">
        <w:rPr>
          <w:b/>
          <w:color w:val="234A36"/>
          <w:sz w:val="32"/>
          <w:szCs w:val="32"/>
        </w:rPr>
        <w:t xml:space="preserve">Registration Deadline: </w:t>
      </w:r>
      <w:r w:rsidR="00717645">
        <w:rPr>
          <w:b/>
          <w:color w:val="234A36"/>
          <w:sz w:val="32"/>
          <w:szCs w:val="32"/>
        </w:rPr>
        <w:t xml:space="preserve">October </w:t>
      </w:r>
      <w:r w:rsidRPr="00C24D8E">
        <w:rPr>
          <w:b/>
          <w:color w:val="234A36"/>
          <w:sz w:val="32"/>
          <w:szCs w:val="32"/>
        </w:rPr>
        <w:t>12, 2026</w:t>
      </w:r>
      <w:r w:rsidR="00C24D8E" w:rsidRPr="00C24D8E">
        <w:rPr>
          <w:b/>
          <w:noProof/>
          <w:color w:val="234A36"/>
          <w:sz w:val="22"/>
        </w:rPr>
        <mc:AlternateContent>
          <mc:Choice Requires="wps">
            <w:drawing>
              <wp:inline distT="0" distB="0" distL="0" distR="0" wp14:anchorId="6253C36A" wp14:editId="2D018C27">
                <wp:extent cx="304800" cy="304800"/>
                <wp:effectExtent l="0" t="0" r="0" b="0"/>
                <wp:docPr id="2019596555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31B773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B2E29AB" w14:textId="46877C66" w:rsidR="00FA6F30" w:rsidRPr="006B361E" w:rsidRDefault="00C24D8E" w:rsidP="006B361E">
      <w:pPr>
        <w:spacing w:before="160" w:line="240" w:lineRule="auto"/>
        <w:jc w:val="center"/>
        <w:rPr>
          <w:b/>
          <w:color w:val="234A36"/>
          <w:sz w:val="20"/>
          <w:szCs w:val="20"/>
        </w:rPr>
      </w:pPr>
      <w:r>
        <w:rPr>
          <w:b/>
          <w:color w:val="234A36"/>
          <w:sz w:val="20"/>
          <w:szCs w:val="20"/>
        </w:rPr>
        <w:t>Payment questions?</w:t>
      </w:r>
      <w:r w:rsidR="00FA6F30" w:rsidRPr="00C24D8E">
        <w:rPr>
          <w:b/>
          <w:color w:val="234A36"/>
          <w:sz w:val="20"/>
          <w:szCs w:val="20"/>
        </w:rPr>
        <w:t xml:space="preserve"> </w:t>
      </w:r>
      <w:hyperlink r:id="rId15" w:history="1">
        <w:r w:rsidR="00FA6F30" w:rsidRPr="00C24D8E">
          <w:rPr>
            <w:rStyle w:val="Hyperlink"/>
            <w:b/>
            <w:sz w:val="20"/>
            <w:szCs w:val="20"/>
          </w:rPr>
          <w:t>beckytaylorpilot@gmail.com</w:t>
        </w:r>
      </w:hyperlink>
    </w:p>
    <w:sectPr w:rsidR="00FA6F30" w:rsidRPr="006B361E" w:rsidSect="00034616">
      <w:pgSz w:w="12240" w:h="15840"/>
      <w:pgMar w:top="691" w:right="864" w:bottom="691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F5CA8" w14:textId="77777777" w:rsidR="0060498F" w:rsidRDefault="0060498F">
      <w:pPr>
        <w:spacing w:after="0" w:line="240" w:lineRule="auto"/>
      </w:pPr>
      <w:r>
        <w:separator/>
      </w:r>
    </w:p>
  </w:endnote>
  <w:endnote w:type="continuationSeparator" w:id="0">
    <w:p w14:paraId="68714F8C" w14:textId="77777777" w:rsidR="0060498F" w:rsidRDefault="00604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97E48" w14:textId="77777777" w:rsidR="00AD0EAA" w:rsidRDefault="00000000">
    <w:pPr>
      <w:pStyle w:val="Footer"/>
      <w:jc w:val="center"/>
    </w:pPr>
    <w:r>
      <w:rPr>
        <w:color w:val="777777"/>
        <w:sz w:val="16"/>
      </w:rPr>
      <w:t>Texas District Pilot International • Friendship &amp; Service — A Perfect Blend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4D79F" w14:textId="77777777" w:rsidR="0060498F" w:rsidRDefault="0060498F">
      <w:pPr>
        <w:spacing w:after="0" w:line="240" w:lineRule="auto"/>
      </w:pPr>
      <w:r>
        <w:separator/>
      </w:r>
    </w:p>
  </w:footnote>
  <w:footnote w:type="continuationSeparator" w:id="0">
    <w:p w14:paraId="572C9E2B" w14:textId="77777777" w:rsidR="0060498F" w:rsidRDefault="00604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B10814"/>
    <w:multiLevelType w:val="hybridMultilevel"/>
    <w:tmpl w:val="107E3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089857">
    <w:abstractNumId w:val="8"/>
  </w:num>
  <w:num w:numId="2" w16cid:durableId="115687101">
    <w:abstractNumId w:val="6"/>
  </w:num>
  <w:num w:numId="3" w16cid:durableId="1568219851">
    <w:abstractNumId w:val="5"/>
  </w:num>
  <w:num w:numId="4" w16cid:durableId="685710197">
    <w:abstractNumId w:val="4"/>
  </w:num>
  <w:num w:numId="5" w16cid:durableId="203759082">
    <w:abstractNumId w:val="7"/>
  </w:num>
  <w:num w:numId="6" w16cid:durableId="199248224">
    <w:abstractNumId w:val="3"/>
  </w:num>
  <w:num w:numId="7" w16cid:durableId="1101025827">
    <w:abstractNumId w:val="2"/>
  </w:num>
  <w:num w:numId="8" w16cid:durableId="1957786386">
    <w:abstractNumId w:val="1"/>
  </w:num>
  <w:num w:numId="9" w16cid:durableId="1231964181">
    <w:abstractNumId w:val="0"/>
  </w:num>
  <w:num w:numId="10" w16cid:durableId="16190671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1F94"/>
    <w:rsid w:val="001D0ED2"/>
    <w:rsid w:val="00213C49"/>
    <w:rsid w:val="0029639D"/>
    <w:rsid w:val="0030451C"/>
    <w:rsid w:val="00326F90"/>
    <w:rsid w:val="00390A27"/>
    <w:rsid w:val="00420EF0"/>
    <w:rsid w:val="0042197F"/>
    <w:rsid w:val="0060498F"/>
    <w:rsid w:val="00697204"/>
    <w:rsid w:val="006B361E"/>
    <w:rsid w:val="00717645"/>
    <w:rsid w:val="00737057"/>
    <w:rsid w:val="00882B83"/>
    <w:rsid w:val="0096722E"/>
    <w:rsid w:val="00A01A61"/>
    <w:rsid w:val="00AA1D8D"/>
    <w:rsid w:val="00AD0EAA"/>
    <w:rsid w:val="00AE7EDB"/>
    <w:rsid w:val="00B47730"/>
    <w:rsid w:val="00BB4E41"/>
    <w:rsid w:val="00BC5607"/>
    <w:rsid w:val="00BE0E71"/>
    <w:rsid w:val="00C24D8E"/>
    <w:rsid w:val="00CB0664"/>
    <w:rsid w:val="00CD6DE4"/>
    <w:rsid w:val="00E040B6"/>
    <w:rsid w:val="00E96E4A"/>
    <w:rsid w:val="00EC3A7E"/>
    <w:rsid w:val="00F43AC0"/>
    <w:rsid w:val="00FA6F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3FFA3B"/>
  <w14:defaultImageDpi w14:val="300"/>
  <w15:docId w15:val="{9D2DD987-A109-4964-ACDA-4F9BA342F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ED2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A6F3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F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mailto:beckytaylorpilot@gmail.com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Patterson, Joanne</cp:lastModifiedBy>
  <cp:revision>2</cp:revision>
  <dcterms:created xsi:type="dcterms:W3CDTF">2026-09-01T18:59:00Z</dcterms:created>
  <dcterms:modified xsi:type="dcterms:W3CDTF">2026-09-01T18:59:00Z</dcterms:modified>
  <cp:category/>
</cp:coreProperties>
</file>