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84" w:type="dxa"/>
        <w:jc w:val="center"/>
        <w:tblLayout w:type="fixed"/>
        <w:tblLook w:val="04A0" w:firstRow="1" w:lastRow="0" w:firstColumn="1" w:lastColumn="0" w:noHBand="0" w:noVBand="1"/>
      </w:tblPr>
      <w:tblGrid>
        <w:gridCol w:w="1660"/>
        <w:gridCol w:w="7364"/>
        <w:gridCol w:w="1660"/>
      </w:tblGrid>
      <w:tr w:rsidR="00952D97" w14:paraId="62B28604" w14:textId="77777777" w:rsidTr="00360C5B">
        <w:trPr>
          <w:trHeight w:val="339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D88FA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CF62F" w14:textId="77777777" w:rsidR="00952D97" w:rsidRDefault="00000000">
            <w:pPr>
              <w:spacing w:after="40"/>
            </w:pPr>
            <w:r>
              <w:rPr>
                <w:sz w:val="25"/>
              </w:rPr>
              <w:t xml:space="preserve"> </w:t>
            </w:r>
          </w:p>
        </w:tc>
        <w:tc>
          <w:tcPr>
            <w:tcW w:w="7364" w:type="dxa"/>
            <w:tcBorders>
              <w:top w:val="nil"/>
              <w:left w:val="nil"/>
              <w:bottom w:val="nil"/>
              <w:right w:val="nil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4EC045" w14:textId="41569B14" w:rsidR="00360C5B" w:rsidRPr="00D54B52" w:rsidRDefault="00360C5B" w:rsidP="00360C5B">
            <w:pPr>
              <w:spacing w:before="60" w:after="100" w:line="259" w:lineRule="auto"/>
              <w:jc w:val="center"/>
              <w:rPr>
                <w:sz w:val="36"/>
                <w:szCs w:val="36"/>
              </w:rPr>
            </w:pPr>
            <w:r w:rsidRPr="00D54B52">
              <w:rPr>
                <w:rFonts w:ascii="Aptos Display" w:hAnsi="Aptos Display"/>
                <w:b/>
                <w:color w:val="D88FA8"/>
                <w:sz w:val="36"/>
                <w:szCs w:val="36"/>
              </w:rPr>
              <w:t xml:space="preserve"> </w:t>
            </w:r>
            <w:r w:rsidR="00994A01">
              <w:rPr>
                <w:rFonts w:ascii="Aptos Display" w:hAnsi="Aptos Display"/>
                <w:b/>
                <w:color w:val="D88FA8"/>
                <w:sz w:val="36"/>
                <w:szCs w:val="36"/>
              </w:rPr>
              <w:t xml:space="preserve">NORTH </w:t>
            </w:r>
            <w:r w:rsidRPr="00D54B52">
              <w:rPr>
                <w:rFonts w:ascii="Aptos Display" w:hAnsi="Aptos Display"/>
                <w:b/>
                <w:color w:val="D88FA8"/>
                <w:sz w:val="36"/>
                <w:szCs w:val="36"/>
              </w:rPr>
              <w:t>COUNCIL MARKETPLACE</w:t>
            </w:r>
          </w:p>
          <w:p w14:paraId="644D3859" w14:textId="6C32FA0B" w:rsidR="00952D97" w:rsidRPr="00360C5B" w:rsidRDefault="00952D97">
            <w:pPr>
              <w:spacing w:after="40"/>
              <w:rPr>
                <w:b/>
                <w:b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D88FA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778EEB" w14:textId="77777777" w:rsidR="00952D97" w:rsidRDefault="00000000">
            <w:pPr>
              <w:spacing w:after="40"/>
            </w:pPr>
            <w:r>
              <w:rPr>
                <w:sz w:val="25"/>
              </w:rPr>
              <w:t xml:space="preserve"> </w:t>
            </w:r>
          </w:p>
        </w:tc>
      </w:tr>
    </w:tbl>
    <w:p w14:paraId="34FD822C" w14:textId="77777777" w:rsidR="00952D97" w:rsidRDefault="00000000">
      <w:pPr>
        <w:spacing w:after="100" w:line="259" w:lineRule="auto"/>
        <w:jc w:val="center"/>
      </w:pPr>
      <w:r>
        <w:rPr>
          <w:b/>
          <w:color w:val="A8B89A"/>
          <w:sz w:val="26"/>
        </w:rPr>
        <w:t>VENDOR REGISTRATION</w:t>
      </w:r>
    </w:p>
    <w:p w14:paraId="7C77B21D" w14:textId="0A66F042" w:rsidR="00952D97" w:rsidRDefault="00000000">
      <w:pPr>
        <w:spacing w:after="100" w:line="259" w:lineRule="auto"/>
        <w:jc w:val="center"/>
      </w:pPr>
      <w:r>
        <w:rPr>
          <w:b/>
          <w:color w:val="5B6656"/>
          <w:sz w:val="26"/>
        </w:rPr>
        <w:t xml:space="preserve">Saturday, </w:t>
      </w:r>
      <w:r w:rsidR="00994A01">
        <w:rPr>
          <w:b/>
          <w:color w:val="5B6656"/>
          <w:sz w:val="26"/>
        </w:rPr>
        <w:t>October</w:t>
      </w:r>
      <w:r>
        <w:rPr>
          <w:b/>
          <w:color w:val="5B6656"/>
          <w:sz w:val="26"/>
        </w:rPr>
        <w:t xml:space="preserve"> 2</w:t>
      </w:r>
      <w:r w:rsidR="00994A01">
        <w:rPr>
          <w:b/>
          <w:color w:val="5B6656"/>
          <w:sz w:val="26"/>
        </w:rPr>
        <w:t>4</w:t>
      </w:r>
      <w:r>
        <w:rPr>
          <w:b/>
          <w:color w:val="5B6656"/>
          <w:sz w:val="26"/>
        </w:rPr>
        <w:t>, 2026  •  FREE for Pilot Members</w:t>
      </w:r>
    </w:p>
    <w:tbl>
      <w:tblPr>
        <w:tblW w:w="10665" w:type="dxa"/>
        <w:jc w:val="center"/>
        <w:tblLayout w:type="fixed"/>
        <w:tblLook w:val="04A0" w:firstRow="1" w:lastRow="0" w:firstColumn="1" w:lastColumn="0" w:noHBand="0" w:noVBand="1"/>
      </w:tblPr>
      <w:tblGrid>
        <w:gridCol w:w="10665"/>
      </w:tblGrid>
      <w:tr w:rsidR="00952D97" w14:paraId="6A2CFB81" w14:textId="77777777" w:rsidTr="00360C5B">
        <w:trPr>
          <w:trHeight w:val="360"/>
          <w:jc w:val="center"/>
        </w:trPr>
        <w:tc>
          <w:tcPr>
            <w:tcW w:w="10665" w:type="dxa"/>
            <w:tcBorders>
              <w:top w:val="single" w:sz="8" w:space="0" w:color="D88FA8"/>
              <w:left w:val="single" w:sz="8" w:space="0" w:color="D88FA8"/>
              <w:bottom w:val="single" w:sz="8" w:space="0" w:color="D88FA8"/>
              <w:right w:val="single" w:sz="8" w:space="0" w:color="D88FA8"/>
            </w:tcBorders>
            <w:shd w:val="clear" w:color="auto" w:fill="F8E7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F90477" w14:textId="77777777" w:rsidR="00952D97" w:rsidRDefault="00000000">
            <w:pPr>
              <w:spacing w:before="60" w:after="40"/>
              <w:jc w:val="center"/>
            </w:pPr>
            <w:r>
              <w:rPr>
                <w:color w:val="5B6656"/>
                <w:sz w:val="25"/>
              </w:rPr>
              <w:t>Share your talents, crafts, gifts, Pilot merchandise, specialty products, and more!</w:t>
            </w:r>
          </w:p>
        </w:tc>
      </w:tr>
    </w:tbl>
    <w:p w14:paraId="5AB97F7E" w14:textId="77777777" w:rsidR="00952D97" w:rsidRDefault="00000000">
      <w:pPr>
        <w:spacing w:before="140" w:after="100" w:line="259" w:lineRule="auto"/>
      </w:pPr>
      <w:r>
        <w:rPr>
          <w:b/>
          <w:color w:val="A8B89A"/>
          <w:sz w:val="26"/>
        </w:rPr>
        <w:t>VENDOR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1"/>
      </w:tblGrid>
      <w:tr w:rsidR="00952D97" w14:paraId="1EE58FE5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5CF9BD" w14:textId="77777777" w:rsidR="00952D97" w:rsidRDefault="00000000">
            <w:pPr>
              <w:spacing w:before="60" w:after="40"/>
            </w:pPr>
            <w:r>
              <w:rPr>
                <w:b/>
                <w:color w:val="5B6656"/>
                <w:sz w:val="28"/>
              </w:rPr>
              <w:t xml:space="preserve">Vendor / Participant Name:  </w:t>
            </w:r>
            <w:r>
              <w:rPr>
                <w:b/>
                <w:color w:val="5F5F5F"/>
                <w:sz w:val="28"/>
              </w:rPr>
              <w:t>_______________________________________________________________</w:t>
            </w:r>
          </w:p>
        </w:tc>
      </w:tr>
      <w:tr w:rsidR="00952D97" w14:paraId="6438A611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DFB90" w14:textId="77777777" w:rsidR="00952D97" w:rsidRDefault="00000000">
            <w:pPr>
              <w:spacing w:before="60" w:after="40"/>
            </w:pPr>
            <w:r>
              <w:rPr>
                <w:b/>
                <w:color w:val="5B6656"/>
                <w:sz w:val="25"/>
              </w:rPr>
              <w:t xml:space="preserve">Pilot Club:  </w:t>
            </w:r>
            <w:r>
              <w:rPr>
                <w:color w:val="5F5F5F"/>
                <w:sz w:val="25"/>
              </w:rPr>
              <w:t>_______________________________________________________________</w:t>
            </w:r>
          </w:p>
        </w:tc>
      </w:tr>
      <w:tr w:rsidR="00952D97" w14:paraId="1821F47D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7C373" w14:textId="77777777" w:rsidR="00952D97" w:rsidRDefault="00000000">
            <w:pPr>
              <w:spacing w:before="60" w:after="40"/>
            </w:pPr>
            <w:r>
              <w:rPr>
                <w:b/>
                <w:color w:val="5B6656"/>
                <w:sz w:val="25"/>
              </w:rPr>
              <w:t xml:space="preserve">Phone Number:  </w:t>
            </w:r>
            <w:r>
              <w:rPr>
                <w:color w:val="5F5F5F"/>
                <w:sz w:val="25"/>
              </w:rPr>
              <w:t>_______________________________________________________________</w:t>
            </w:r>
          </w:p>
        </w:tc>
      </w:tr>
      <w:tr w:rsidR="00952D97" w14:paraId="2EEB6973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AD0D7D" w14:textId="77777777" w:rsidR="00952D97" w:rsidRDefault="00000000">
            <w:pPr>
              <w:spacing w:before="60" w:after="40"/>
            </w:pPr>
            <w:r>
              <w:rPr>
                <w:b/>
                <w:color w:val="5B6656"/>
                <w:sz w:val="25"/>
              </w:rPr>
              <w:t xml:space="preserve">Email Address:  </w:t>
            </w:r>
            <w:r>
              <w:rPr>
                <w:color w:val="5F5F5F"/>
                <w:sz w:val="25"/>
              </w:rPr>
              <w:t>_______________________________________________________________</w:t>
            </w:r>
          </w:p>
        </w:tc>
      </w:tr>
      <w:tr w:rsidR="00952D97" w14:paraId="64F2636F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392FFB" w14:textId="783B097F" w:rsidR="00952D97" w:rsidRDefault="00000000">
            <w:pPr>
              <w:spacing w:before="60" w:after="40"/>
            </w:pPr>
            <w:r>
              <w:rPr>
                <w:b/>
                <w:color w:val="5B6656"/>
                <w:sz w:val="28"/>
              </w:rPr>
              <w:t xml:space="preserve">Business (if applicable):  </w:t>
            </w:r>
            <w:r>
              <w:rPr>
                <w:b/>
                <w:color w:val="5F5F5F"/>
                <w:sz w:val="28"/>
              </w:rPr>
              <w:t>_______________________________________________________________</w:t>
            </w:r>
          </w:p>
        </w:tc>
      </w:tr>
    </w:tbl>
    <w:p w14:paraId="41DD7C74" w14:textId="77777777" w:rsidR="00952D97" w:rsidRDefault="00000000">
      <w:pPr>
        <w:spacing w:before="140" w:after="100" w:line="259" w:lineRule="auto"/>
      </w:pPr>
      <w:r>
        <w:rPr>
          <w:b/>
          <w:color w:val="A8B89A"/>
          <w:sz w:val="26"/>
        </w:rPr>
        <w:t>WHAT WILL YOU BE SELLING?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952D97" w14:paraId="7A06D348" w14:textId="77777777">
        <w:trPr>
          <w:trHeight w:val="547"/>
          <w:jc w:val="center"/>
        </w:trPr>
        <w:tc>
          <w:tcPr>
            <w:tcW w:w="10296" w:type="dxa"/>
            <w:tcBorders>
              <w:top w:val="single" w:sz="6" w:space="0" w:color="E9C5D2"/>
              <w:left w:val="single" w:sz="6" w:space="0" w:color="E9C5D2"/>
              <w:bottom w:val="single" w:sz="6" w:space="0" w:color="E9C5D2"/>
              <w:right w:val="single" w:sz="6" w:space="0" w:color="E9C5D2"/>
            </w:tcBorders>
            <w:shd w:val="clear" w:color="auto" w:fill="F8E7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FC53E4" w14:textId="77777777" w:rsidR="00952D97" w:rsidRDefault="00000000">
            <w:pPr>
              <w:spacing w:before="60" w:after="40"/>
            </w:pPr>
            <w:r>
              <w:rPr>
                <w:b/>
                <w:color w:val="5B6656"/>
                <w:sz w:val="25"/>
              </w:rPr>
              <w:t>Brief description of merchandise/products:</w:t>
            </w:r>
          </w:p>
          <w:p w14:paraId="332B454B" w14:textId="77777777" w:rsidR="00952D97" w:rsidRDefault="00000000">
            <w:pPr>
              <w:spacing w:before="20" w:after="40"/>
            </w:pPr>
            <w:r>
              <w:rPr>
                <w:color w:val="5F5F5F"/>
                <w:sz w:val="25"/>
              </w:rPr>
              <w:t>________________________________________________________________________________</w:t>
            </w:r>
          </w:p>
          <w:p w14:paraId="1E0E2491" w14:textId="77777777" w:rsidR="00952D97" w:rsidRDefault="00000000">
            <w:pPr>
              <w:spacing w:before="20" w:after="40"/>
            </w:pPr>
            <w:r>
              <w:rPr>
                <w:color w:val="5F5F5F"/>
                <w:sz w:val="25"/>
              </w:rPr>
              <w:t>________________________________________________________________________________</w:t>
            </w:r>
          </w:p>
          <w:p w14:paraId="1F9D8BBF" w14:textId="77777777" w:rsidR="00952D97" w:rsidRDefault="00000000">
            <w:pPr>
              <w:spacing w:before="20" w:after="40"/>
            </w:pPr>
            <w:r>
              <w:rPr>
                <w:color w:val="5F5F5F"/>
                <w:sz w:val="25"/>
              </w:rPr>
              <w:t>________________________________________________________________________________</w:t>
            </w:r>
          </w:p>
        </w:tc>
      </w:tr>
    </w:tbl>
    <w:p w14:paraId="72E47A7F" w14:textId="77777777" w:rsidR="00952D97" w:rsidRDefault="00000000">
      <w:pPr>
        <w:spacing w:before="140" w:after="100" w:line="259" w:lineRule="auto"/>
      </w:pPr>
      <w:r>
        <w:rPr>
          <w:b/>
          <w:color w:val="A8B89A"/>
          <w:sz w:val="26"/>
        </w:rPr>
        <w:t>BOOTH / TABLE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952D97" w14:paraId="4CAED4E5" w14:textId="77777777">
        <w:trPr>
          <w:trHeight w:val="547"/>
          <w:jc w:val="center"/>
        </w:trPr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3C5864" w14:textId="77777777" w:rsidR="00952D97" w:rsidRDefault="00000000">
            <w:pPr>
              <w:spacing w:before="80" w:after="40"/>
            </w:pPr>
            <w:r>
              <w:rPr>
                <w:b/>
                <w:color w:val="5B6656"/>
                <w:sz w:val="25"/>
              </w:rPr>
              <w:t>Number of Tables Needed:  ________</w:t>
            </w:r>
          </w:p>
        </w:tc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F8E7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17D0B8" w14:textId="77777777" w:rsidR="00952D97" w:rsidRDefault="00000000">
            <w:pPr>
              <w:spacing w:before="80" w:after="40"/>
            </w:pPr>
            <w:r>
              <w:rPr>
                <w:b/>
                <w:color w:val="5B6656"/>
                <w:sz w:val="25"/>
              </w:rPr>
              <w:t>Electricity Needed:   ☐ Yes   ☐ No</w:t>
            </w:r>
          </w:p>
        </w:tc>
      </w:tr>
      <w:tr w:rsidR="00952D97" w14:paraId="2BF3875A" w14:textId="77777777">
        <w:trPr>
          <w:trHeight w:val="547"/>
          <w:jc w:val="center"/>
        </w:trPr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2A3BEA" w14:textId="77777777" w:rsidR="00952D97" w:rsidRDefault="00000000">
            <w:pPr>
              <w:spacing w:before="80" w:after="40"/>
            </w:pPr>
            <w:r>
              <w:rPr>
                <w:b/>
                <w:color w:val="5B6656"/>
                <w:sz w:val="25"/>
              </w:rPr>
              <w:t>Special Requests / Needs:</w:t>
            </w:r>
          </w:p>
        </w:tc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498155" w14:textId="77777777" w:rsidR="00952D97" w:rsidRDefault="00000000">
            <w:pPr>
              <w:spacing w:before="80" w:after="40"/>
            </w:pPr>
            <w:r>
              <w:rPr>
                <w:color w:val="5B6656"/>
                <w:sz w:val="25"/>
              </w:rPr>
              <w:t>__________________________________</w:t>
            </w:r>
          </w:p>
        </w:tc>
      </w:tr>
    </w:tbl>
    <w:p w14:paraId="389C49B5" w14:textId="77777777" w:rsidR="00952D97" w:rsidRDefault="00000000">
      <w:pPr>
        <w:spacing w:before="160" w:after="100" w:line="259" w:lineRule="auto"/>
      </w:pPr>
      <w:r>
        <w:rPr>
          <w:b/>
          <w:color w:val="D88FA8"/>
          <w:sz w:val="26"/>
        </w:rPr>
        <w:t>REGISTRATION CONTACT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952D97" w14:paraId="55128734" w14:textId="77777777" w:rsidTr="00D54B52">
        <w:trPr>
          <w:trHeight w:val="788"/>
          <w:jc w:val="center"/>
        </w:trPr>
        <w:tc>
          <w:tcPr>
            <w:tcW w:w="10296" w:type="dxa"/>
            <w:tcBorders>
              <w:top w:val="single" w:sz="9" w:space="0" w:color="A8B89A"/>
              <w:left w:val="single" w:sz="9" w:space="0" w:color="A8B89A"/>
              <w:bottom w:val="single" w:sz="9" w:space="0" w:color="A8B89A"/>
              <w:right w:val="single" w:sz="9" w:space="0" w:color="A8B89A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C47F91" w14:textId="77777777" w:rsidR="00952D97" w:rsidRDefault="00000000">
            <w:pPr>
              <w:spacing w:before="80" w:after="40"/>
              <w:jc w:val="center"/>
            </w:pPr>
            <w:r>
              <w:rPr>
                <w:b/>
                <w:color w:val="5B6656"/>
                <w:sz w:val="25"/>
              </w:rPr>
              <w:t>Tabby Johnson</w:t>
            </w:r>
          </w:p>
          <w:p w14:paraId="335EBD36" w14:textId="42BA0A06" w:rsidR="00952D97" w:rsidRDefault="00000000">
            <w:pPr>
              <w:spacing w:after="40"/>
              <w:jc w:val="center"/>
            </w:pPr>
            <w:r>
              <w:rPr>
                <w:color w:val="5B6656"/>
                <w:sz w:val="25"/>
              </w:rPr>
              <w:t xml:space="preserve">tabithajohnson523@gmail.com   •   </w:t>
            </w:r>
            <w:r w:rsidR="00360C5B">
              <w:rPr>
                <w:color w:val="5B6656"/>
                <w:sz w:val="25"/>
              </w:rPr>
              <w:t>(</w:t>
            </w:r>
            <w:r>
              <w:rPr>
                <w:color w:val="5B6656"/>
                <w:sz w:val="25"/>
              </w:rPr>
              <w:t>785</w:t>
            </w:r>
            <w:r w:rsidR="00360C5B">
              <w:rPr>
                <w:color w:val="5B6656"/>
                <w:sz w:val="25"/>
              </w:rPr>
              <w:t>)633</w:t>
            </w:r>
            <w:r>
              <w:rPr>
                <w:color w:val="5B6656"/>
                <w:sz w:val="25"/>
              </w:rPr>
              <w:t>-5821</w:t>
            </w:r>
          </w:p>
          <w:p w14:paraId="548D8ACC" w14:textId="77777777" w:rsidR="00952D97" w:rsidRDefault="00000000">
            <w:pPr>
              <w:spacing w:before="20" w:after="40"/>
              <w:jc w:val="center"/>
            </w:pPr>
            <w:r>
              <w:rPr>
                <w:b/>
                <w:color w:val="D88FA8"/>
                <w:sz w:val="25"/>
              </w:rPr>
              <w:t>Reserve your marketplace space and enjoy a day of Friendship &amp; Service!</w:t>
            </w:r>
          </w:p>
        </w:tc>
      </w:tr>
    </w:tbl>
    <w:p w14:paraId="42D9C097" w14:textId="4C3B70F6" w:rsidR="00952D97" w:rsidRDefault="00952D97" w:rsidP="00360C5B">
      <w:pPr>
        <w:spacing w:before="120" w:after="100" w:line="259" w:lineRule="auto"/>
      </w:pPr>
    </w:p>
    <w:sectPr w:rsidR="00952D97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832352">
    <w:abstractNumId w:val="8"/>
  </w:num>
  <w:num w:numId="2" w16cid:durableId="1190531194">
    <w:abstractNumId w:val="6"/>
  </w:num>
  <w:num w:numId="3" w16cid:durableId="104345890">
    <w:abstractNumId w:val="5"/>
  </w:num>
  <w:num w:numId="4" w16cid:durableId="1136491955">
    <w:abstractNumId w:val="4"/>
  </w:num>
  <w:num w:numId="5" w16cid:durableId="1816095846">
    <w:abstractNumId w:val="7"/>
  </w:num>
  <w:num w:numId="6" w16cid:durableId="1083379552">
    <w:abstractNumId w:val="3"/>
  </w:num>
  <w:num w:numId="7" w16cid:durableId="1638492378">
    <w:abstractNumId w:val="2"/>
  </w:num>
  <w:num w:numId="8" w16cid:durableId="270236595">
    <w:abstractNumId w:val="1"/>
  </w:num>
  <w:num w:numId="9" w16cid:durableId="756948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6CFF"/>
    <w:rsid w:val="00360C5B"/>
    <w:rsid w:val="0084175B"/>
    <w:rsid w:val="00952D97"/>
    <w:rsid w:val="00994A01"/>
    <w:rsid w:val="00AA1D8D"/>
    <w:rsid w:val="00B14C0E"/>
    <w:rsid w:val="00B47730"/>
    <w:rsid w:val="00CB0664"/>
    <w:rsid w:val="00D54B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FE4D63"/>
  <w14:defaultImageDpi w14:val="300"/>
  <w15:docId w15:val="{5611414E-F7EF-4CCF-AE5F-F853FB41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Patterson, Joanne</cp:lastModifiedBy>
  <cp:revision>2</cp:revision>
  <dcterms:created xsi:type="dcterms:W3CDTF">2026-09-01T19:04:00Z</dcterms:created>
  <dcterms:modified xsi:type="dcterms:W3CDTF">2026-09-01T19:04:00Z</dcterms:modified>
  <cp:category/>
</cp:coreProperties>
</file>